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BD2C8" w14:textId="77777777" w:rsidR="000A342A" w:rsidRPr="000A342A" w:rsidRDefault="00000000" w:rsidP="000A342A">
      <w:pPr>
        <w:pStyle w:val="Heading1"/>
        <w:spacing w:before="0" w:line="240" w:lineRule="auto"/>
        <w:jc w:val="center"/>
        <w:rPr>
          <w:rFonts w:ascii="Times New Roman" w:hAnsi="Times New Roman" w:cs="Times New Roman"/>
          <w:color w:val="0070C0"/>
          <w:sz w:val="26"/>
          <w:szCs w:val="26"/>
        </w:rPr>
      </w:pPr>
      <w:r w:rsidRPr="000A342A">
        <w:rPr>
          <w:rFonts w:ascii="Times New Roman" w:hAnsi="Times New Roman" w:cs="Times New Roman"/>
          <w:color w:val="0070C0"/>
          <w:sz w:val="26"/>
          <w:szCs w:val="26"/>
        </w:rPr>
        <w:t>LỚP 8E</w:t>
      </w:r>
      <w:r w:rsidR="000A342A" w:rsidRPr="000A342A">
        <w:rPr>
          <w:rFonts w:ascii="Times New Roman" w:hAnsi="Times New Roman" w:cs="Times New Roman"/>
          <w:color w:val="0070C0"/>
          <w:sz w:val="26"/>
          <w:szCs w:val="26"/>
        </w:rPr>
        <w:t xml:space="preserve"> – THCS NGUYỄN CHUYÊN MỸ </w:t>
      </w:r>
    </w:p>
    <w:p w14:paraId="33777BBC" w14:textId="37EA7874" w:rsidR="0016506E" w:rsidRPr="000A342A" w:rsidRDefault="00000000" w:rsidP="000A342A">
      <w:pPr>
        <w:pStyle w:val="Heading1"/>
        <w:spacing w:before="0" w:line="240" w:lineRule="auto"/>
        <w:jc w:val="center"/>
        <w:rPr>
          <w:rFonts w:ascii="Times New Roman" w:hAnsi="Times New Roman" w:cs="Times New Roman"/>
          <w:color w:val="0070C0"/>
          <w:sz w:val="26"/>
          <w:szCs w:val="26"/>
        </w:rPr>
      </w:pPr>
      <w:r w:rsidRPr="000A342A">
        <w:rPr>
          <w:rFonts w:ascii="Times New Roman" w:hAnsi="Times New Roman" w:cs="Times New Roman"/>
          <w:color w:val="0070C0"/>
          <w:sz w:val="26"/>
          <w:szCs w:val="26"/>
        </w:rPr>
        <w:t>CHUNG TAY VÌ MÔI TRƯỜNG XANH – SẠCH – ĐẸP</w:t>
      </w:r>
    </w:p>
    <w:p w14:paraId="0267FE9F" w14:textId="77777777" w:rsidR="000A342A" w:rsidRDefault="000A342A" w:rsidP="000A342A">
      <w:pPr>
        <w:spacing w:line="240" w:lineRule="auto"/>
        <w:ind w:firstLine="540"/>
        <w:rPr>
          <w:rFonts w:ascii="Times New Roman" w:hAnsi="Times New Roman" w:cs="Times New Roman"/>
          <w:sz w:val="26"/>
          <w:szCs w:val="26"/>
        </w:rPr>
      </w:pPr>
      <w:r>
        <w:rPr>
          <w:rFonts w:ascii="Times New Roman" w:hAnsi="Times New Roman" w:cs="Times New Roman"/>
          <w:sz w:val="26"/>
          <w:szCs w:val="26"/>
        </w:rPr>
        <w:t>T</w:t>
      </w:r>
      <w:r w:rsidR="00000000" w:rsidRPr="00B72C62">
        <w:rPr>
          <w:rFonts w:ascii="Times New Roman" w:hAnsi="Times New Roman" w:cs="Times New Roman"/>
          <w:sz w:val="26"/>
          <w:szCs w:val="26"/>
        </w:rPr>
        <w:t>ập thể lớp 8E trường THCS Nguyễn Chuyên Mỹ đã tổ chức hoạt động quét dọn vệ sinh tuyến đường trước cổng trường. Dưới sự hướng dẫn của cô giáo chủ nhiệm, các bạn học sinh đã tích cực thu gom rác thải, quét dọn cỏ rác và làm sạch khu vực ven đường, ven kênh.</w:t>
      </w:r>
    </w:p>
    <w:tbl>
      <w:tblPr>
        <w:tblStyle w:val="TableGrid"/>
        <w:tblW w:w="0" w:type="auto"/>
        <w:jc w:val="center"/>
        <w:tblLook w:val="04A0" w:firstRow="1" w:lastRow="0" w:firstColumn="1" w:lastColumn="0" w:noHBand="0" w:noVBand="1"/>
      </w:tblPr>
      <w:tblGrid>
        <w:gridCol w:w="3136"/>
        <w:gridCol w:w="3370"/>
        <w:gridCol w:w="3340"/>
      </w:tblGrid>
      <w:tr w:rsidR="006A2672" w14:paraId="6CB2FDE5" w14:textId="77777777" w:rsidTr="006A2672">
        <w:trPr>
          <w:jc w:val="center"/>
        </w:trPr>
        <w:tc>
          <w:tcPr>
            <w:tcW w:w="3136" w:type="dxa"/>
          </w:tcPr>
          <w:p w14:paraId="0C2958F2" w14:textId="3E050CF3" w:rsidR="006A2672" w:rsidRDefault="006A2672" w:rsidP="000A342A">
            <w:pPr>
              <w:rPr>
                <w:rFonts w:ascii="Times New Roman" w:hAnsi="Times New Roman" w:cs="Times New Roman"/>
                <w:sz w:val="26"/>
                <w:szCs w:val="26"/>
              </w:rPr>
            </w:pPr>
            <w:r w:rsidRPr="000A342A">
              <w:rPr>
                <w:rFonts w:ascii="Times New Roman" w:hAnsi="Times New Roman" w:cs="Times New Roman"/>
                <w:sz w:val="26"/>
                <w:szCs w:val="26"/>
              </w:rPr>
              <w:drawing>
                <wp:inline distT="0" distB="0" distL="0" distR="0" wp14:anchorId="62CEABA7" wp14:editId="1643C79A">
                  <wp:extent cx="1905000" cy="2127250"/>
                  <wp:effectExtent l="0" t="0" r="0" b="6350"/>
                  <wp:docPr id="36354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4030" name=""/>
                          <pic:cNvPicPr/>
                        </pic:nvPicPr>
                        <pic:blipFill>
                          <a:blip r:embed="rId6"/>
                          <a:stretch>
                            <a:fillRect/>
                          </a:stretch>
                        </pic:blipFill>
                        <pic:spPr>
                          <a:xfrm>
                            <a:off x="0" y="0"/>
                            <a:ext cx="1905000" cy="2127250"/>
                          </a:xfrm>
                          <a:prstGeom prst="rect">
                            <a:avLst/>
                          </a:prstGeom>
                        </pic:spPr>
                      </pic:pic>
                    </a:graphicData>
                  </a:graphic>
                </wp:inline>
              </w:drawing>
            </w:r>
          </w:p>
        </w:tc>
        <w:tc>
          <w:tcPr>
            <w:tcW w:w="3370" w:type="dxa"/>
          </w:tcPr>
          <w:p w14:paraId="2946002D" w14:textId="22A3EF59" w:rsidR="006A2672" w:rsidRDefault="006A2672" w:rsidP="000A342A">
            <w:pPr>
              <w:rPr>
                <w:rFonts w:ascii="Times New Roman" w:hAnsi="Times New Roman" w:cs="Times New Roman"/>
                <w:sz w:val="26"/>
                <w:szCs w:val="26"/>
              </w:rPr>
            </w:pPr>
            <w:r w:rsidRPr="006A2672">
              <w:rPr>
                <w:rFonts w:ascii="Times New Roman" w:hAnsi="Times New Roman" w:cs="Times New Roman"/>
                <w:sz w:val="26"/>
                <w:szCs w:val="26"/>
              </w:rPr>
              <w:drawing>
                <wp:inline distT="0" distB="0" distL="0" distR="0" wp14:anchorId="0621F1A4" wp14:editId="664C68D0">
                  <wp:extent cx="2057400" cy="2089150"/>
                  <wp:effectExtent l="0" t="0" r="0" b="6350"/>
                  <wp:docPr id="717903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03200" name=""/>
                          <pic:cNvPicPr/>
                        </pic:nvPicPr>
                        <pic:blipFill>
                          <a:blip r:embed="rId7"/>
                          <a:stretch>
                            <a:fillRect/>
                          </a:stretch>
                        </pic:blipFill>
                        <pic:spPr>
                          <a:xfrm>
                            <a:off x="0" y="0"/>
                            <a:ext cx="2057400" cy="2089150"/>
                          </a:xfrm>
                          <a:prstGeom prst="rect">
                            <a:avLst/>
                          </a:prstGeom>
                        </pic:spPr>
                      </pic:pic>
                    </a:graphicData>
                  </a:graphic>
                </wp:inline>
              </w:drawing>
            </w:r>
          </w:p>
        </w:tc>
        <w:tc>
          <w:tcPr>
            <w:tcW w:w="3340" w:type="dxa"/>
          </w:tcPr>
          <w:p w14:paraId="7D818407" w14:textId="76446C38" w:rsidR="006A2672" w:rsidRDefault="006A2672" w:rsidP="000A342A">
            <w:pPr>
              <w:rPr>
                <w:rFonts w:ascii="Times New Roman" w:hAnsi="Times New Roman" w:cs="Times New Roman"/>
                <w:sz w:val="26"/>
                <w:szCs w:val="26"/>
              </w:rPr>
            </w:pPr>
            <w:r w:rsidRPr="006A2672">
              <w:rPr>
                <w:rFonts w:ascii="Times New Roman" w:hAnsi="Times New Roman" w:cs="Times New Roman"/>
                <w:sz w:val="26"/>
                <w:szCs w:val="26"/>
              </w:rPr>
              <w:drawing>
                <wp:inline distT="0" distB="0" distL="0" distR="0" wp14:anchorId="39F88E7D" wp14:editId="50C13D5E">
                  <wp:extent cx="2032000" cy="2070100"/>
                  <wp:effectExtent l="0" t="0" r="6350" b="6350"/>
                  <wp:docPr id="957052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52939" name=""/>
                          <pic:cNvPicPr/>
                        </pic:nvPicPr>
                        <pic:blipFill>
                          <a:blip r:embed="rId8"/>
                          <a:stretch>
                            <a:fillRect/>
                          </a:stretch>
                        </pic:blipFill>
                        <pic:spPr>
                          <a:xfrm>
                            <a:off x="0" y="0"/>
                            <a:ext cx="2032000" cy="2070100"/>
                          </a:xfrm>
                          <a:prstGeom prst="rect">
                            <a:avLst/>
                          </a:prstGeom>
                        </pic:spPr>
                      </pic:pic>
                    </a:graphicData>
                  </a:graphic>
                </wp:inline>
              </w:drawing>
            </w:r>
          </w:p>
        </w:tc>
      </w:tr>
      <w:tr w:rsidR="006A2672" w14:paraId="38D785B4" w14:textId="77777777" w:rsidTr="006A2672">
        <w:trPr>
          <w:jc w:val="center"/>
        </w:trPr>
        <w:tc>
          <w:tcPr>
            <w:tcW w:w="9846" w:type="dxa"/>
            <w:gridSpan w:val="3"/>
          </w:tcPr>
          <w:p w14:paraId="50A3D963" w14:textId="34C5D071" w:rsidR="006A2672" w:rsidRPr="006A2672" w:rsidRDefault="006A2672" w:rsidP="006A2672">
            <w:pPr>
              <w:jc w:val="center"/>
              <w:rPr>
                <w:rFonts w:ascii="Times New Roman" w:hAnsi="Times New Roman" w:cs="Times New Roman"/>
                <w:b/>
                <w:bCs/>
                <w:i/>
                <w:iCs/>
                <w:sz w:val="26"/>
                <w:szCs w:val="26"/>
              </w:rPr>
            </w:pPr>
            <w:r w:rsidRPr="006A2672">
              <w:rPr>
                <w:rFonts w:ascii="Times New Roman" w:hAnsi="Times New Roman" w:cs="Times New Roman"/>
                <w:b/>
                <w:bCs/>
                <w:i/>
                <w:iCs/>
                <w:color w:val="0070C0"/>
                <w:sz w:val="26"/>
                <w:szCs w:val="26"/>
              </w:rPr>
              <w:t>Một số hình ảnh các em học sinh lớp 8E quét dọn, thu gom rác thải</w:t>
            </w:r>
          </w:p>
        </w:tc>
      </w:tr>
    </w:tbl>
    <w:p w14:paraId="1B48F130" w14:textId="77777777" w:rsidR="006A2672" w:rsidRDefault="006A2672" w:rsidP="000A342A">
      <w:pPr>
        <w:spacing w:line="240" w:lineRule="auto"/>
        <w:ind w:firstLine="540"/>
        <w:rPr>
          <w:rFonts w:ascii="Times New Roman" w:hAnsi="Times New Roman" w:cs="Times New Roman"/>
          <w:sz w:val="26"/>
          <w:szCs w:val="26"/>
        </w:rPr>
      </w:pPr>
    </w:p>
    <w:p w14:paraId="1CAF940C" w14:textId="5B5A9B4F" w:rsidR="000A342A" w:rsidRDefault="000A342A" w:rsidP="000A342A">
      <w:pPr>
        <w:spacing w:line="240" w:lineRule="auto"/>
        <w:ind w:firstLine="540"/>
        <w:rPr>
          <w:rFonts w:ascii="Times New Roman" w:hAnsi="Times New Roman" w:cs="Times New Roman"/>
          <w:sz w:val="26"/>
          <w:szCs w:val="26"/>
        </w:rPr>
      </w:pPr>
    </w:p>
    <w:p w14:paraId="71450839" w14:textId="77777777" w:rsidR="000A342A" w:rsidRDefault="00000000" w:rsidP="000A342A">
      <w:pPr>
        <w:spacing w:line="240" w:lineRule="auto"/>
        <w:ind w:firstLine="540"/>
        <w:rPr>
          <w:rFonts w:ascii="Times New Roman" w:hAnsi="Times New Roman" w:cs="Times New Roman"/>
          <w:sz w:val="26"/>
          <w:szCs w:val="26"/>
        </w:rPr>
      </w:pPr>
      <w:r w:rsidRPr="00B72C62">
        <w:rPr>
          <w:rFonts w:ascii="Times New Roman" w:hAnsi="Times New Roman" w:cs="Times New Roman"/>
          <w:sz w:val="26"/>
          <w:szCs w:val="26"/>
        </w:rPr>
        <w:t>Với tinh thần xung kích, trách nhiệm và đoàn kết, các bạn học sinh không chỉ làm đẹp cảnh quan mà còn lan tỏa thông điệp ý nghĩa:</w:t>
      </w:r>
      <w:r w:rsidRPr="00B72C62">
        <w:rPr>
          <w:rFonts w:ascii="Times New Roman" w:hAnsi="Times New Roman" w:cs="Times New Roman"/>
          <w:sz w:val="26"/>
          <w:szCs w:val="26"/>
        </w:rPr>
        <w:br/>
        <w:t>“Giữ gìn vệ sinh là bảo vệ chính cuộc sống của chúng ta!”</w:t>
      </w:r>
    </w:p>
    <w:p w14:paraId="4893E737" w14:textId="77777777" w:rsidR="000A342A" w:rsidRDefault="00000000" w:rsidP="000A342A">
      <w:pPr>
        <w:spacing w:line="240" w:lineRule="auto"/>
        <w:ind w:firstLine="540"/>
        <w:rPr>
          <w:rFonts w:ascii="Times New Roman" w:hAnsi="Times New Roman" w:cs="Times New Roman"/>
          <w:sz w:val="26"/>
          <w:szCs w:val="26"/>
        </w:rPr>
      </w:pPr>
      <w:r w:rsidRPr="00B72C62">
        <w:rPr>
          <w:rFonts w:ascii="Times New Roman" w:hAnsi="Times New Roman" w:cs="Times New Roman"/>
          <w:sz w:val="26"/>
          <w:szCs w:val="26"/>
        </w:rPr>
        <w:t>Hoạt động này góp phần xây dựng môi trường học đường thân thiện, an toàn và giáo dục các em ý thức bảo vệ môi trường, rèn luyện kỹ năng sống và tinh thần làm việc nhóm.</w:t>
      </w:r>
    </w:p>
    <w:p w14:paraId="09D29CA3" w14:textId="25D07136" w:rsidR="0016506E" w:rsidRPr="00B72C62" w:rsidRDefault="00000000" w:rsidP="000A342A">
      <w:pPr>
        <w:spacing w:line="240" w:lineRule="auto"/>
        <w:ind w:firstLine="540"/>
        <w:rPr>
          <w:rFonts w:ascii="Times New Roman" w:hAnsi="Times New Roman" w:cs="Times New Roman"/>
          <w:sz w:val="26"/>
          <w:szCs w:val="26"/>
        </w:rPr>
      </w:pPr>
      <w:r w:rsidRPr="00B72C62">
        <w:rPr>
          <w:rFonts w:ascii="Times New Roman" w:hAnsi="Times New Roman" w:cs="Times New Roman"/>
          <w:sz w:val="26"/>
          <w:szCs w:val="26"/>
        </w:rPr>
        <w:t>Xin gửi lời khen ngợi tới tập thể lớp 8E – những bông hoa xanh đầy trách nhiệm và nhiệt huyết!</w:t>
      </w:r>
      <w:r w:rsidRPr="00B72C62">
        <w:rPr>
          <w:rFonts w:ascii="Times New Roman" w:hAnsi="Times New Roman" w:cs="Times New Roman"/>
          <w:sz w:val="26"/>
          <w:szCs w:val="26"/>
        </w:rPr>
        <w:br/>
      </w:r>
    </w:p>
    <w:sectPr w:rsidR="0016506E" w:rsidRPr="00B72C62" w:rsidSect="00B72C62">
      <w:pgSz w:w="11906" w:h="16838" w:code="9"/>
      <w:pgMar w:top="720" w:right="926" w:bottom="720" w:left="13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000280626">
    <w:abstractNumId w:val="8"/>
  </w:num>
  <w:num w:numId="2" w16cid:durableId="708720383">
    <w:abstractNumId w:val="6"/>
  </w:num>
  <w:num w:numId="3" w16cid:durableId="1771925073">
    <w:abstractNumId w:val="5"/>
  </w:num>
  <w:num w:numId="4" w16cid:durableId="946278031">
    <w:abstractNumId w:val="4"/>
  </w:num>
  <w:num w:numId="5" w16cid:durableId="1346517426">
    <w:abstractNumId w:val="7"/>
  </w:num>
  <w:num w:numId="6" w16cid:durableId="1718234972">
    <w:abstractNumId w:val="3"/>
  </w:num>
  <w:num w:numId="7" w16cid:durableId="1971857916">
    <w:abstractNumId w:val="2"/>
  </w:num>
  <w:num w:numId="8" w16cid:durableId="29457093">
    <w:abstractNumId w:val="1"/>
  </w:num>
  <w:num w:numId="9" w16cid:durableId="1927038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A342A"/>
    <w:rsid w:val="0015074B"/>
    <w:rsid w:val="0016506E"/>
    <w:rsid w:val="0029639D"/>
    <w:rsid w:val="00326F90"/>
    <w:rsid w:val="006A2672"/>
    <w:rsid w:val="009C0CE5"/>
    <w:rsid w:val="00AA1D8D"/>
    <w:rsid w:val="00B47730"/>
    <w:rsid w:val="00B72C62"/>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ADEB59"/>
  <w14:defaultImageDpi w14:val="300"/>
  <w15:docId w15:val="{DAF9F33F-3BFE-4535-BEB8-1A527E14A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128</Words>
  <Characters>733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vudiu1606@gmail.com</cp:lastModifiedBy>
  <cp:revision>2</cp:revision>
  <dcterms:created xsi:type="dcterms:W3CDTF">2013-12-23T23:15:00Z</dcterms:created>
  <dcterms:modified xsi:type="dcterms:W3CDTF">2025-05-07T03:01:00Z</dcterms:modified>
  <cp:category/>
</cp:coreProperties>
</file>