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EA9" w:rsidRPr="0055180F" w:rsidRDefault="009D5133">
      <w:pPr>
        <w:jc w:val="center"/>
        <w:rPr>
          <w:rFonts w:ascii="Times New Roman" w:hAnsi="Times New Roman" w:cs="Times New Roman"/>
          <w:sz w:val="28"/>
          <w:szCs w:val="28"/>
        </w:rPr>
      </w:pPr>
      <w:r w:rsidRPr="0055180F">
        <w:rPr>
          <w:rFonts w:ascii="Times New Roman" w:hAnsi="Times New Roman" w:cs="Times New Roman"/>
          <w:b/>
          <w:sz w:val="28"/>
          <w:szCs w:val="28"/>
        </w:rPr>
        <w:t>D</w:t>
      </w:r>
      <w:r w:rsidRPr="0055180F">
        <w:rPr>
          <w:rFonts w:ascii="Times New Roman" w:hAnsi="Times New Roman" w:cs="Times New Roman"/>
          <w:b/>
          <w:sz w:val="28"/>
          <w:szCs w:val="28"/>
        </w:rPr>
        <w:t>Ạ</w:t>
      </w:r>
      <w:r w:rsidRPr="0055180F">
        <w:rPr>
          <w:rFonts w:ascii="Times New Roman" w:hAnsi="Times New Roman" w:cs="Times New Roman"/>
          <w:b/>
          <w:sz w:val="28"/>
          <w:szCs w:val="28"/>
        </w:rPr>
        <w:t>Y L</w:t>
      </w:r>
      <w:r w:rsidRPr="0055180F">
        <w:rPr>
          <w:rFonts w:ascii="Times New Roman" w:hAnsi="Times New Roman" w:cs="Times New Roman"/>
          <w:b/>
          <w:sz w:val="28"/>
          <w:szCs w:val="28"/>
        </w:rPr>
        <w:t>Ồ</w:t>
      </w:r>
      <w:r w:rsidRPr="0055180F">
        <w:rPr>
          <w:rFonts w:ascii="Times New Roman" w:hAnsi="Times New Roman" w:cs="Times New Roman"/>
          <w:b/>
          <w:sz w:val="28"/>
          <w:szCs w:val="28"/>
        </w:rPr>
        <w:t>NG GHÉP GIÁO D</w:t>
      </w:r>
      <w:r w:rsidRPr="0055180F">
        <w:rPr>
          <w:rFonts w:ascii="Times New Roman" w:hAnsi="Times New Roman" w:cs="Times New Roman"/>
          <w:b/>
          <w:sz w:val="28"/>
          <w:szCs w:val="28"/>
        </w:rPr>
        <w:t>Ụ</w:t>
      </w:r>
      <w:r w:rsidRPr="0055180F">
        <w:rPr>
          <w:rFonts w:ascii="Times New Roman" w:hAnsi="Times New Roman" w:cs="Times New Roman"/>
          <w:b/>
          <w:sz w:val="28"/>
          <w:szCs w:val="28"/>
        </w:rPr>
        <w:t xml:space="preserve">C AN TOÀN GIAO THÔNG VÀ </w:t>
      </w:r>
      <w:r w:rsidRPr="0055180F">
        <w:rPr>
          <w:rFonts w:ascii="Times New Roman" w:hAnsi="Times New Roman" w:cs="Times New Roman"/>
          <w:b/>
          <w:sz w:val="28"/>
          <w:szCs w:val="28"/>
        </w:rPr>
        <w:t>Ứ</w:t>
      </w:r>
      <w:r w:rsidRPr="0055180F">
        <w:rPr>
          <w:rFonts w:ascii="Times New Roman" w:hAnsi="Times New Roman" w:cs="Times New Roman"/>
          <w:b/>
          <w:sz w:val="28"/>
          <w:szCs w:val="28"/>
        </w:rPr>
        <w:t>NG D</w:t>
      </w:r>
      <w:r w:rsidRPr="0055180F">
        <w:rPr>
          <w:rFonts w:ascii="Times New Roman" w:hAnsi="Times New Roman" w:cs="Times New Roman"/>
          <w:b/>
          <w:sz w:val="28"/>
          <w:szCs w:val="28"/>
        </w:rPr>
        <w:t>Ụ</w:t>
      </w:r>
      <w:r w:rsidRPr="0055180F">
        <w:rPr>
          <w:rFonts w:ascii="Times New Roman" w:hAnsi="Times New Roman" w:cs="Times New Roman"/>
          <w:b/>
          <w:sz w:val="28"/>
          <w:szCs w:val="28"/>
        </w:rPr>
        <w:t>NG CÔNG NGH</w:t>
      </w:r>
      <w:r w:rsidRPr="0055180F">
        <w:rPr>
          <w:rFonts w:ascii="Times New Roman" w:hAnsi="Times New Roman" w:cs="Times New Roman"/>
          <w:b/>
          <w:sz w:val="28"/>
          <w:szCs w:val="28"/>
        </w:rPr>
        <w:t>Ệ</w:t>
      </w:r>
      <w:r w:rsidRPr="0055180F">
        <w:rPr>
          <w:rFonts w:ascii="Times New Roman" w:hAnsi="Times New Roman" w:cs="Times New Roman"/>
          <w:b/>
          <w:sz w:val="28"/>
          <w:szCs w:val="28"/>
        </w:rPr>
        <w:t xml:space="preserve"> THÔNG TIN TRONG H</w:t>
      </w:r>
      <w:r w:rsidRPr="0055180F">
        <w:rPr>
          <w:rFonts w:ascii="Times New Roman" w:hAnsi="Times New Roman" w:cs="Times New Roman"/>
          <w:b/>
          <w:sz w:val="28"/>
          <w:szCs w:val="28"/>
        </w:rPr>
        <w:t>Ọ</w:t>
      </w:r>
      <w:r w:rsidRPr="0055180F">
        <w:rPr>
          <w:rFonts w:ascii="Times New Roman" w:hAnsi="Times New Roman" w:cs="Times New Roman"/>
          <w:b/>
          <w:sz w:val="28"/>
          <w:szCs w:val="28"/>
        </w:rPr>
        <w:t>C T</w:t>
      </w:r>
      <w:r w:rsidRPr="0055180F">
        <w:rPr>
          <w:rFonts w:ascii="Times New Roman" w:hAnsi="Times New Roman" w:cs="Times New Roman"/>
          <w:b/>
          <w:sz w:val="28"/>
          <w:szCs w:val="28"/>
        </w:rPr>
        <w:t>Ậ</w:t>
      </w:r>
      <w:r w:rsidRPr="0055180F">
        <w:rPr>
          <w:rFonts w:ascii="Times New Roman" w:hAnsi="Times New Roman" w:cs="Times New Roman"/>
          <w:b/>
          <w:sz w:val="28"/>
          <w:szCs w:val="28"/>
        </w:rPr>
        <w:t>P MÔN TI</w:t>
      </w:r>
      <w:r w:rsidRPr="0055180F">
        <w:rPr>
          <w:rFonts w:ascii="Times New Roman" w:hAnsi="Times New Roman" w:cs="Times New Roman"/>
          <w:b/>
          <w:sz w:val="28"/>
          <w:szCs w:val="28"/>
        </w:rPr>
        <w:t>Ế</w:t>
      </w:r>
      <w:r w:rsidRPr="0055180F">
        <w:rPr>
          <w:rFonts w:ascii="Times New Roman" w:hAnsi="Times New Roman" w:cs="Times New Roman"/>
          <w:b/>
          <w:sz w:val="28"/>
          <w:szCs w:val="28"/>
        </w:rPr>
        <w:t>NG VI</w:t>
      </w:r>
      <w:r w:rsidRPr="0055180F">
        <w:rPr>
          <w:rFonts w:ascii="Times New Roman" w:hAnsi="Times New Roman" w:cs="Times New Roman"/>
          <w:b/>
          <w:sz w:val="28"/>
          <w:szCs w:val="28"/>
        </w:rPr>
        <w:t>Ệ</w:t>
      </w:r>
      <w:r w:rsidRPr="0055180F">
        <w:rPr>
          <w:rFonts w:ascii="Times New Roman" w:hAnsi="Times New Roman" w:cs="Times New Roman"/>
          <w:b/>
          <w:sz w:val="28"/>
          <w:szCs w:val="28"/>
        </w:rPr>
        <w:t>T 1</w:t>
      </w:r>
    </w:p>
    <w:p w:rsidR="008E1EA9" w:rsidRPr="0055180F" w:rsidRDefault="008E1EA9">
      <w:pPr>
        <w:rPr>
          <w:rFonts w:ascii="Times New Roman" w:hAnsi="Times New Roman" w:cs="Times New Roman"/>
          <w:sz w:val="28"/>
          <w:szCs w:val="28"/>
        </w:rPr>
      </w:pPr>
    </w:p>
    <w:p w:rsidR="008E1EA9" w:rsidRPr="0055180F" w:rsidRDefault="009D5133">
      <w:pPr>
        <w:rPr>
          <w:rFonts w:ascii="Times New Roman" w:hAnsi="Times New Roman" w:cs="Times New Roman"/>
          <w:sz w:val="28"/>
          <w:szCs w:val="28"/>
        </w:rPr>
      </w:pPr>
      <w:r w:rsidRPr="0055180F">
        <w:rPr>
          <w:rFonts w:ascii="Times New Roman" w:hAnsi="Times New Roman" w:cs="Times New Roman"/>
          <w:sz w:val="28"/>
          <w:szCs w:val="28"/>
        </w:rPr>
        <w:t>Th</w:t>
      </w:r>
      <w:r w:rsidRPr="0055180F">
        <w:rPr>
          <w:rFonts w:ascii="Times New Roman" w:hAnsi="Times New Roman" w:cs="Times New Roman"/>
          <w:sz w:val="28"/>
          <w:szCs w:val="28"/>
        </w:rPr>
        <w:t>ự</w:t>
      </w:r>
      <w:r w:rsidRPr="0055180F">
        <w:rPr>
          <w:rFonts w:ascii="Times New Roman" w:hAnsi="Times New Roman" w:cs="Times New Roman"/>
          <w:sz w:val="28"/>
          <w:szCs w:val="28"/>
        </w:rPr>
        <w:t>c hi</w:t>
      </w:r>
      <w:r w:rsidRPr="0055180F">
        <w:rPr>
          <w:rFonts w:ascii="Times New Roman" w:hAnsi="Times New Roman" w:cs="Times New Roman"/>
          <w:sz w:val="28"/>
          <w:szCs w:val="28"/>
        </w:rPr>
        <w:t>ệ</w:t>
      </w:r>
      <w:r w:rsidRPr="0055180F">
        <w:rPr>
          <w:rFonts w:ascii="Times New Roman" w:hAnsi="Times New Roman" w:cs="Times New Roman"/>
          <w:sz w:val="28"/>
          <w:szCs w:val="28"/>
        </w:rPr>
        <w:t>n k</w:t>
      </w:r>
      <w:r w:rsidRPr="0055180F">
        <w:rPr>
          <w:rFonts w:ascii="Times New Roman" w:hAnsi="Times New Roman" w:cs="Times New Roman"/>
          <w:sz w:val="28"/>
          <w:szCs w:val="28"/>
        </w:rPr>
        <w:t>ế</w:t>
      </w:r>
      <w:r w:rsidRPr="0055180F">
        <w:rPr>
          <w:rFonts w:ascii="Times New Roman" w:hAnsi="Times New Roman" w:cs="Times New Roman"/>
          <w:sz w:val="28"/>
          <w:szCs w:val="28"/>
        </w:rPr>
        <w:t xml:space="preserve"> ho</w:t>
      </w:r>
      <w:r w:rsidRPr="0055180F">
        <w:rPr>
          <w:rFonts w:ascii="Times New Roman" w:hAnsi="Times New Roman" w:cs="Times New Roman"/>
          <w:sz w:val="28"/>
          <w:szCs w:val="28"/>
        </w:rPr>
        <w:t>ạ</w:t>
      </w:r>
      <w:r w:rsidRPr="0055180F">
        <w:rPr>
          <w:rFonts w:ascii="Times New Roman" w:hAnsi="Times New Roman" w:cs="Times New Roman"/>
          <w:sz w:val="28"/>
          <w:szCs w:val="28"/>
        </w:rPr>
        <w:t>ch chuyên môn c</w:t>
      </w:r>
      <w:r w:rsidRPr="0055180F">
        <w:rPr>
          <w:rFonts w:ascii="Times New Roman" w:hAnsi="Times New Roman" w:cs="Times New Roman"/>
          <w:sz w:val="28"/>
          <w:szCs w:val="28"/>
        </w:rPr>
        <w:t>ủ</w:t>
      </w:r>
      <w:r w:rsidRPr="0055180F">
        <w:rPr>
          <w:rFonts w:ascii="Times New Roman" w:hAnsi="Times New Roman" w:cs="Times New Roman"/>
          <w:sz w:val="28"/>
          <w:szCs w:val="28"/>
        </w:rPr>
        <w:t xml:space="preserve">a </w:t>
      </w:r>
      <w:r w:rsidR="0055180F">
        <w:rPr>
          <w:rFonts w:ascii="Times New Roman" w:hAnsi="Times New Roman" w:cs="Times New Roman"/>
          <w:sz w:val="28"/>
          <w:szCs w:val="28"/>
        </w:rPr>
        <w:t>Trường Tiểu học Đồng Hòa</w:t>
      </w:r>
      <w:r w:rsidRPr="0055180F">
        <w:rPr>
          <w:rFonts w:ascii="Times New Roman" w:hAnsi="Times New Roman" w:cs="Times New Roman"/>
          <w:sz w:val="28"/>
          <w:szCs w:val="28"/>
        </w:rPr>
        <w:t>, chi</w:t>
      </w:r>
      <w:r w:rsidRPr="0055180F">
        <w:rPr>
          <w:rFonts w:ascii="Times New Roman" w:hAnsi="Times New Roman" w:cs="Times New Roman"/>
          <w:sz w:val="28"/>
          <w:szCs w:val="28"/>
        </w:rPr>
        <w:t>ề</w:t>
      </w:r>
      <w:r w:rsidRPr="0055180F">
        <w:rPr>
          <w:rFonts w:ascii="Times New Roman" w:hAnsi="Times New Roman" w:cs="Times New Roman"/>
          <w:sz w:val="28"/>
          <w:szCs w:val="28"/>
        </w:rPr>
        <w:t xml:space="preserve">u ngày </w:t>
      </w:r>
      <w:r w:rsidR="0055180F">
        <w:rPr>
          <w:rFonts w:ascii="Times New Roman" w:hAnsi="Times New Roman" w:cs="Times New Roman"/>
          <w:sz w:val="28"/>
          <w:szCs w:val="28"/>
        </w:rPr>
        <w:t>23/9/2025, kh</w:t>
      </w:r>
      <w:r w:rsidRPr="0055180F">
        <w:rPr>
          <w:rFonts w:ascii="Times New Roman" w:hAnsi="Times New Roman" w:cs="Times New Roman"/>
          <w:sz w:val="28"/>
          <w:szCs w:val="28"/>
        </w:rPr>
        <w:t>ố</w:t>
      </w:r>
      <w:r w:rsidRPr="0055180F">
        <w:rPr>
          <w:rFonts w:ascii="Times New Roman" w:hAnsi="Times New Roman" w:cs="Times New Roman"/>
          <w:sz w:val="28"/>
          <w:szCs w:val="28"/>
        </w:rPr>
        <w:t>i 1 đã t</w:t>
      </w:r>
      <w:r w:rsidRPr="0055180F">
        <w:rPr>
          <w:rFonts w:ascii="Times New Roman" w:hAnsi="Times New Roman" w:cs="Times New Roman"/>
          <w:sz w:val="28"/>
          <w:szCs w:val="28"/>
        </w:rPr>
        <w:t>ổ</w:t>
      </w:r>
      <w:r w:rsidRPr="0055180F">
        <w:rPr>
          <w:rFonts w:ascii="Times New Roman" w:hAnsi="Times New Roman" w:cs="Times New Roman"/>
          <w:sz w:val="28"/>
          <w:szCs w:val="28"/>
        </w:rPr>
        <w:t xml:space="preserve"> ch</w:t>
      </w:r>
      <w:r w:rsidRPr="0055180F">
        <w:rPr>
          <w:rFonts w:ascii="Times New Roman" w:hAnsi="Times New Roman" w:cs="Times New Roman"/>
          <w:sz w:val="28"/>
          <w:szCs w:val="28"/>
        </w:rPr>
        <w:t>ứ</w:t>
      </w:r>
      <w:r w:rsidRPr="0055180F">
        <w:rPr>
          <w:rFonts w:ascii="Times New Roman" w:hAnsi="Times New Roman" w:cs="Times New Roman"/>
          <w:sz w:val="28"/>
          <w:szCs w:val="28"/>
        </w:rPr>
        <w:t xml:space="preserve">c thành </w:t>
      </w:r>
      <w:r w:rsidRPr="0055180F">
        <w:rPr>
          <w:rFonts w:ascii="Times New Roman" w:hAnsi="Times New Roman" w:cs="Times New Roman"/>
          <w:sz w:val="28"/>
          <w:szCs w:val="28"/>
        </w:rPr>
        <w:t>công chuyên đ</w:t>
      </w:r>
      <w:r w:rsidRPr="0055180F">
        <w:rPr>
          <w:rFonts w:ascii="Times New Roman" w:hAnsi="Times New Roman" w:cs="Times New Roman"/>
          <w:sz w:val="28"/>
          <w:szCs w:val="28"/>
        </w:rPr>
        <w:t>ề</w:t>
      </w:r>
      <w:r w:rsidRPr="0055180F">
        <w:rPr>
          <w:rFonts w:ascii="Times New Roman" w:hAnsi="Times New Roman" w:cs="Times New Roman"/>
          <w:sz w:val="28"/>
          <w:szCs w:val="28"/>
        </w:rPr>
        <w:t xml:space="preserve"> “D</w:t>
      </w:r>
      <w:r w:rsidRPr="0055180F">
        <w:rPr>
          <w:rFonts w:ascii="Times New Roman" w:hAnsi="Times New Roman" w:cs="Times New Roman"/>
          <w:sz w:val="28"/>
          <w:szCs w:val="28"/>
        </w:rPr>
        <w:t>ạ</w:t>
      </w:r>
      <w:r w:rsidRPr="0055180F">
        <w:rPr>
          <w:rFonts w:ascii="Times New Roman" w:hAnsi="Times New Roman" w:cs="Times New Roman"/>
          <w:sz w:val="28"/>
          <w:szCs w:val="28"/>
        </w:rPr>
        <w:t>y l</w:t>
      </w:r>
      <w:r w:rsidRPr="0055180F">
        <w:rPr>
          <w:rFonts w:ascii="Times New Roman" w:hAnsi="Times New Roman" w:cs="Times New Roman"/>
          <w:sz w:val="28"/>
          <w:szCs w:val="28"/>
        </w:rPr>
        <w:t>ồ</w:t>
      </w:r>
      <w:r w:rsidRPr="0055180F">
        <w:rPr>
          <w:rFonts w:ascii="Times New Roman" w:hAnsi="Times New Roman" w:cs="Times New Roman"/>
          <w:sz w:val="28"/>
          <w:szCs w:val="28"/>
        </w:rPr>
        <w:t>ng ghép Giáo d</w:t>
      </w:r>
      <w:r w:rsidRPr="0055180F">
        <w:rPr>
          <w:rFonts w:ascii="Times New Roman" w:hAnsi="Times New Roman" w:cs="Times New Roman"/>
          <w:sz w:val="28"/>
          <w:szCs w:val="28"/>
        </w:rPr>
        <w:t>ụ</w:t>
      </w:r>
      <w:r w:rsidRPr="0055180F">
        <w:rPr>
          <w:rFonts w:ascii="Times New Roman" w:hAnsi="Times New Roman" w:cs="Times New Roman"/>
          <w:sz w:val="28"/>
          <w:szCs w:val="28"/>
        </w:rPr>
        <w:t xml:space="preserve">c An toàn giao thông (ATGT) và </w:t>
      </w:r>
      <w:r w:rsidRPr="0055180F">
        <w:rPr>
          <w:rFonts w:ascii="Times New Roman" w:hAnsi="Times New Roman" w:cs="Times New Roman"/>
          <w:sz w:val="28"/>
          <w:szCs w:val="28"/>
        </w:rPr>
        <w:t>Ứ</w:t>
      </w:r>
      <w:r w:rsidRPr="0055180F">
        <w:rPr>
          <w:rFonts w:ascii="Times New Roman" w:hAnsi="Times New Roman" w:cs="Times New Roman"/>
          <w:sz w:val="28"/>
          <w:szCs w:val="28"/>
        </w:rPr>
        <w:t>ng d</w:t>
      </w:r>
      <w:r w:rsidRPr="0055180F">
        <w:rPr>
          <w:rFonts w:ascii="Times New Roman" w:hAnsi="Times New Roman" w:cs="Times New Roman"/>
          <w:sz w:val="28"/>
          <w:szCs w:val="28"/>
        </w:rPr>
        <w:t>ụ</w:t>
      </w:r>
      <w:r w:rsidRPr="0055180F">
        <w:rPr>
          <w:rFonts w:ascii="Times New Roman" w:hAnsi="Times New Roman" w:cs="Times New Roman"/>
          <w:sz w:val="28"/>
          <w:szCs w:val="28"/>
        </w:rPr>
        <w:t>ng Công ngh</w:t>
      </w:r>
      <w:r w:rsidRPr="0055180F">
        <w:rPr>
          <w:rFonts w:ascii="Times New Roman" w:hAnsi="Times New Roman" w:cs="Times New Roman"/>
          <w:sz w:val="28"/>
          <w:szCs w:val="28"/>
        </w:rPr>
        <w:t>ệ</w:t>
      </w:r>
      <w:r w:rsidRPr="0055180F">
        <w:rPr>
          <w:rFonts w:ascii="Times New Roman" w:hAnsi="Times New Roman" w:cs="Times New Roman"/>
          <w:sz w:val="28"/>
          <w:szCs w:val="28"/>
        </w:rPr>
        <w:t xml:space="preserve"> thông tin (UDCNTT) trong h</w:t>
      </w:r>
      <w:r w:rsidRPr="0055180F">
        <w:rPr>
          <w:rFonts w:ascii="Times New Roman" w:hAnsi="Times New Roman" w:cs="Times New Roman"/>
          <w:sz w:val="28"/>
          <w:szCs w:val="28"/>
        </w:rPr>
        <w:t>ọ</w:t>
      </w:r>
      <w:r w:rsidRPr="0055180F">
        <w:rPr>
          <w:rFonts w:ascii="Times New Roman" w:hAnsi="Times New Roman" w:cs="Times New Roman"/>
          <w:sz w:val="28"/>
          <w:szCs w:val="28"/>
        </w:rPr>
        <w:t>c t</w:t>
      </w:r>
      <w:r w:rsidRPr="0055180F">
        <w:rPr>
          <w:rFonts w:ascii="Times New Roman" w:hAnsi="Times New Roman" w:cs="Times New Roman"/>
          <w:sz w:val="28"/>
          <w:szCs w:val="28"/>
        </w:rPr>
        <w:t>ậ</w:t>
      </w:r>
      <w:r w:rsidRPr="0055180F">
        <w:rPr>
          <w:rFonts w:ascii="Times New Roman" w:hAnsi="Times New Roman" w:cs="Times New Roman"/>
          <w:sz w:val="28"/>
          <w:szCs w:val="28"/>
        </w:rPr>
        <w:t>p môn Ti</w:t>
      </w:r>
      <w:r w:rsidRPr="0055180F">
        <w:rPr>
          <w:rFonts w:ascii="Times New Roman" w:hAnsi="Times New Roman" w:cs="Times New Roman"/>
          <w:sz w:val="28"/>
          <w:szCs w:val="28"/>
        </w:rPr>
        <w:t>ế</w:t>
      </w:r>
      <w:r w:rsidRPr="0055180F">
        <w:rPr>
          <w:rFonts w:ascii="Times New Roman" w:hAnsi="Times New Roman" w:cs="Times New Roman"/>
          <w:sz w:val="28"/>
          <w:szCs w:val="28"/>
        </w:rPr>
        <w:t>ng Vi</w:t>
      </w:r>
      <w:r w:rsidRPr="0055180F">
        <w:rPr>
          <w:rFonts w:ascii="Times New Roman" w:hAnsi="Times New Roman" w:cs="Times New Roman"/>
          <w:sz w:val="28"/>
          <w:szCs w:val="28"/>
        </w:rPr>
        <w:t>ệ</w:t>
      </w:r>
      <w:r w:rsidRPr="0055180F">
        <w:rPr>
          <w:rFonts w:ascii="Times New Roman" w:hAnsi="Times New Roman" w:cs="Times New Roman"/>
          <w:sz w:val="28"/>
          <w:szCs w:val="28"/>
        </w:rPr>
        <w:t>t 1”.</w:t>
      </w:r>
    </w:p>
    <w:p w:rsidR="008E1EA9" w:rsidRPr="0055180F" w:rsidRDefault="009D5133">
      <w:pPr>
        <w:rPr>
          <w:rFonts w:ascii="Times New Roman" w:hAnsi="Times New Roman" w:cs="Times New Roman"/>
          <w:sz w:val="28"/>
          <w:szCs w:val="28"/>
        </w:rPr>
      </w:pPr>
      <w:r w:rsidRPr="0055180F">
        <w:rPr>
          <w:rFonts w:ascii="Times New Roman" w:hAnsi="Times New Roman" w:cs="Times New Roman"/>
          <w:sz w:val="28"/>
          <w:szCs w:val="28"/>
        </w:rPr>
        <w:t>Bu</w:t>
      </w:r>
      <w:r w:rsidRPr="0055180F">
        <w:rPr>
          <w:rFonts w:ascii="Times New Roman" w:hAnsi="Times New Roman" w:cs="Times New Roman"/>
          <w:sz w:val="28"/>
          <w:szCs w:val="28"/>
        </w:rPr>
        <w:t>ổ</w:t>
      </w:r>
      <w:r w:rsidRPr="0055180F">
        <w:rPr>
          <w:rFonts w:ascii="Times New Roman" w:hAnsi="Times New Roman" w:cs="Times New Roman"/>
          <w:sz w:val="28"/>
          <w:szCs w:val="28"/>
        </w:rPr>
        <w:t>i chuyên đ</w:t>
      </w:r>
      <w:r w:rsidRPr="0055180F">
        <w:rPr>
          <w:rFonts w:ascii="Times New Roman" w:hAnsi="Times New Roman" w:cs="Times New Roman"/>
          <w:sz w:val="28"/>
          <w:szCs w:val="28"/>
        </w:rPr>
        <w:t>ề</w:t>
      </w:r>
      <w:r w:rsidRPr="0055180F">
        <w:rPr>
          <w:rFonts w:ascii="Times New Roman" w:hAnsi="Times New Roman" w:cs="Times New Roman"/>
          <w:sz w:val="28"/>
          <w:szCs w:val="28"/>
        </w:rPr>
        <w:t xml:space="preserve"> có s</w:t>
      </w:r>
      <w:r w:rsidRPr="0055180F">
        <w:rPr>
          <w:rFonts w:ascii="Times New Roman" w:hAnsi="Times New Roman" w:cs="Times New Roman"/>
          <w:sz w:val="28"/>
          <w:szCs w:val="28"/>
        </w:rPr>
        <w:t>ự</w:t>
      </w:r>
      <w:r w:rsidRPr="0055180F">
        <w:rPr>
          <w:rFonts w:ascii="Times New Roman" w:hAnsi="Times New Roman" w:cs="Times New Roman"/>
          <w:sz w:val="28"/>
          <w:szCs w:val="28"/>
        </w:rPr>
        <w:t xml:space="preserve"> tham d</w:t>
      </w:r>
      <w:r w:rsidRPr="0055180F">
        <w:rPr>
          <w:rFonts w:ascii="Times New Roman" w:hAnsi="Times New Roman" w:cs="Times New Roman"/>
          <w:sz w:val="28"/>
          <w:szCs w:val="28"/>
        </w:rPr>
        <w:t>ự</w:t>
      </w:r>
      <w:r w:rsidRPr="0055180F">
        <w:rPr>
          <w:rFonts w:ascii="Times New Roman" w:hAnsi="Times New Roman" w:cs="Times New Roman"/>
          <w:sz w:val="28"/>
          <w:szCs w:val="28"/>
        </w:rPr>
        <w:t xml:space="preserve"> c</w:t>
      </w:r>
      <w:r w:rsidRPr="0055180F">
        <w:rPr>
          <w:rFonts w:ascii="Times New Roman" w:hAnsi="Times New Roman" w:cs="Times New Roman"/>
          <w:sz w:val="28"/>
          <w:szCs w:val="28"/>
        </w:rPr>
        <w:t>ủ</w:t>
      </w:r>
      <w:r w:rsidRPr="0055180F">
        <w:rPr>
          <w:rFonts w:ascii="Times New Roman" w:hAnsi="Times New Roman" w:cs="Times New Roman"/>
          <w:sz w:val="28"/>
          <w:szCs w:val="28"/>
        </w:rPr>
        <w:t>a Ban giám hi</w:t>
      </w:r>
      <w:r w:rsidRPr="0055180F">
        <w:rPr>
          <w:rFonts w:ascii="Times New Roman" w:hAnsi="Times New Roman" w:cs="Times New Roman"/>
          <w:sz w:val="28"/>
          <w:szCs w:val="28"/>
        </w:rPr>
        <w:t>ệ</w:t>
      </w:r>
      <w:r w:rsidRPr="0055180F">
        <w:rPr>
          <w:rFonts w:ascii="Times New Roman" w:hAnsi="Times New Roman" w:cs="Times New Roman"/>
          <w:sz w:val="28"/>
          <w:szCs w:val="28"/>
        </w:rPr>
        <w:t>u, t</w:t>
      </w:r>
      <w:r w:rsidRPr="0055180F">
        <w:rPr>
          <w:rFonts w:ascii="Times New Roman" w:hAnsi="Times New Roman" w:cs="Times New Roman"/>
          <w:sz w:val="28"/>
          <w:szCs w:val="28"/>
        </w:rPr>
        <w:t>ổ</w:t>
      </w:r>
      <w:r w:rsidRPr="0055180F">
        <w:rPr>
          <w:rFonts w:ascii="Times New Roman" w:hAnsi="Times New Roman" w:cs="Times New Roman"/>
          <w:sz w:val="28"/>
          <w:szCs w:val="28"/>
        </w:rPr>
        <w:t xml:space="preserve"> chuyên môn, cùng toàn th</w:t>
      </w:r>
      <w:r w:rsidRPr="0055180F">
        <w:rPr>
          <w:rFonts w:ascii="Times New Roman" w:hAnsi="Times New Roman" w:cs="Times New Roman"/>
          <w:sz w:val="28"/>
          <w:szCs w:val="28"/>
        </w:rPr>
        <w:t>ể</w:t>
      </w:r>
      <w:r w:rsidRPr="0055180F">
        <w:rPr>
          <w:rFonts w:ascii="Times New Roman" w:hAnsi="Times New Roman" w:cs="Times New Roman"/>
          <w:sz w:val="28"/>
          <w:szCs w:val="28"/>
        </w:rPr>
        <w:t xml:space="preserve"> giáo viên trong </w:t>
      </w:r>
      <w:r w:rsidR="0055180F">
        <w:rPr>
          <w:rFonts w:ascii="Times New Roman" w:hAnsi="Times New Roman" w:cs="Times New Roman"/>
          <w:sz w:val="28"/>
          <w:szCs w:val="28"/>
        </w:rPr>
        <w:t>nhà trường</w:t>
      </w:r>
      <w:r w:rsidRPr="0055180F">
        <w:rPr>
          <w:rFonts w:ascii="Times New Roman" w:hAnsi="Times New Roman" w:cs="Times New Roman"/>
          <w:sz w:val="28"/>
          <w:szCs w:val="28"/>
        </w:rPr>
        <w:t>.</w:t>
      </w:r>
    </w:p>
    <w:p w:rsidR="008E1EA9" w:rsidRPr="0055180F" w:rsidRDefault="009D5133">
      <w:pPr>
        <w:rPr>
          <w:rFonts w:ascii="Times New Roman" w:hAnsi="Times New Roman" w:cs="Times New Roman"/>
          <w:sz w:val="28"/>
          <w:szCs w:val="28"/>
        </w:rPr>
      </w:pPr>
      <w:r w:rsidRPr="0055180F">
        <w:rPr>
          <w:rFonts w:ascii="Times New Roman" w:hAnsi="Times New Roman" w:cs="Times New Roman"/>
          <w:sz w:val="28"/>
          <w:szCs w:val="28"/>
        </w:rPr>
        <w:t>Trong ti</w:t>
      </w:r>
      <w:r w:rsidRPr="0055180F">
        <w:rPr>
          <w:rFonts w:ascii="Times New Roman" w:hAnsi="Times New Roman" w:cs="Times New Roman"/>
          <w:sz w:val="28"/>
          <w:szCs w:val="28"/>
        </w:rPr>
        <w:t>ế</w:t>
      </w:r>
      <w:r w:rsidRPr="0055180F">
        <w:rPr>
          <w:rFonts w:ascii="Times New Roman" w:hAnsi="Times New Roman" w:cs="Times New Roman"/>
          <w:sz w:val="28"/>
          <w:szCs w:val="28"/>
        </w:rPr>
        <w:t>t d</w:t>
      </w:r>
      <w:r w:rsidRPr="0055180F">
        <w:rPr>
          <w:rFonts w:ascii="Times New Roman" w:hAnsi="Times New Roman" w:cs="Times New Roman"/>
          <w:sz w:val="28"/>
          <w:szCs w:val="28"/>
        </w:rPr>
        <w:t>ạ</w:t>
      </w:r>
      <w:r w:rsidRPr="0055180F">
        <w:rPr>
          <w:rFonts w:ascii="Times New Roman" w:hAnsi="Times New Roman" w:cs="Times New Roman"/>
          <w:sz w:val="28"/>
          <w:szCs w:val="28"/>
        </w:rPr>
        <w:t>y min</w:t>
      </w:r>
      <w:r w:rsidRPr="0055180F">
        <w:rPr>
          <w:rFonts w:ascii="Times New Roman" w:hAnsi="Times New Roman" w:cs="Times New Roman"/>
          <w:sz w:val="28"/>
          <w:szCs w:val="28"/>
        </w:rPr>
        <w:t>h h</w:t>
      </w:r>
      <w:r w:rsidRPr="0055180F">
        <w:rPr>
          <w:rFonts w:ascii="Times New Roman" w:hAnsi="Times New Roman" w:cs="Times New Roman"/>
          <w:sz w:val="28"/>
          <w:szCs w:val="28"/>
        </w:rPr>
        <w:t>ọ</w:t>
      </w:r>
      <w:r w:rsidR="0055180F">
        <w:rPr>
          <w:rFonts w:ascii="Times New Roman" w:hAnsi="Times New Roman" w:cs="Times New Roman"/>
          <w:sz w:val="28"/>
          <w:szCs w:val="28"/>
        </w:rPr>
        <w:t xml:space="preserve">a, cô giáo Phạm Thị Kim Hạnh </w:t>
      </w:r>
      <w:r w:rsidRPr="0055180F">
        <w:rPr>
          <w:rFonts w:ascii="Times New Roman" w:hAnsi="Times New Roman" w:cs="Times New Roman"/>
          <w:sz w:val="28"/>
          <w:szCs w:val="28"/>
        </w:rPr>
        <w:t>đã khéo léo l</w:t>
      </w:r>
      <w:r w:rsidRPr="0055180F">
        <w:rPr>
          <w:rFonts w:ascii="Times New Roman" w:hAnsi="Times New Roman" w:cs="Times New Roman"/>
          <w:sz w:val="28"/>
          <w:szCs w:val="28"/>
        </w:rPr>
        <w:t>ồ</w:t>
      </w:r>
      <w:r w:rsidRPr="0055180F">
        <w:rPr>
          <w:rFonts w:ascii="Times New Roman" w:hAnsi="Times New Roman" w:cs="Times New Roman"/>
          <w:sz w:val="28"/>
          <w:szCs w:val="28"/>
        </w:rPr>
        <w:t>ng ghép n</w:t>
      </w:r>
      <w:r w:rsidRPr="0055180F">
        <w:rPr>
          <w:rFonts w:ascii="Times New Roman" w:hAnsi="Times New Roman" w:cs="Times New Roman"/>
          <w:sz w:val="28"/>
          <w:szCs w:val="28"/>
        </w:rPr>
        <w:t>ộ</w:t>
      </w:r>
      <w:r w:rsidRPr="0055180F">
        <w:rPr>
          <w:rFonts w:ascii="Times New Roman" w:hAnsi="Times New Roman" w:cs="Times New Roman"/>
          <w:sz w:val="28"/>
          <w:szCs w:val="28"/>
        </w:rPr>
        <w:t>i dung giáo d</w:t>
      </w:r>
      <w:r w:rsidRPr="0055180F">
        <w:rPr>
          <w:rFonts w:ascii="Times New Roman" w:hAnsi="Times New Roman" w:cs="Times New Roman"/>
          <w:sz w:val="28"/>
          <w:szCs w:val="28"/>
        </w:rPr>
        <w:t>ụ</w:t>
      </w:r>
      <w:r w:rsidRPr="0055180F">
        <w:rPr>
          <w:rFonts w:ascii="Times New Roman" w:hAnsi="Times New Roman" w:cs="Times New Roman"/>
          <w:sz w:val="28"/>
          <w:szCs w:val="28"/>
        </w:rPr>
        <w:t>c ATGT vào bài h</w:t>
      </w:r>
      <w:r w:rsidRPr="0055180F">
        <w:rPr>
          <w:rFonts w:ascii="Times New Roman" w:hAnsi="Times New Roman" w:cs="Times New Roman"/>
          <w:sz w:val="28"/>
          <w:szCs w:val="28"/>
        </w:rPr>
        <w:t>ọ</w:t>
      </w:r>
      <w:r w:rsidRPr="0055180F">
        <w:rPr>
          <w:rFonts w:ascii="Times New Roman" w:hAnsi="Times New Roman" w:cs="Times New Roman"/>
          <w:sz w:val="28"/>
          <w:szCs w:val="28"/>
        </w:rPr>
        <w:t>c Ti</w:t>
      </w:r>
      <w:r w:rsidRPr="0055180F">
        <w:rPr>
          <w:rFonts w:ascii="Times New Roman" w:hAnsi="Times New Roman" w:cs="Times New Roman"/>
          <w:sz w:val="28"/>
          <w:szCs w:val="28"/>
        </w:rPr>
        <w:t>ế</w:t>
      </w:r>
      <w:r w:rsidRPr="0055180F">
        <w:rPr>
          <w:rFonts w:ascii="Times New Roman" w:hAnsi="Times New Roman" w:cs="Times New Roman"/>
          <w:sz w:val="28"/>
          <w:szCs w:val="28"/>
        </w:rPr>
        <w:t>ng Vi</w:t>
      </w:r>
      <w:r w:rsidRPr="0055180F">
        <w:rPr>
          <w:rFonts w:ascii="Times New Roman" w:hAnsi="Times New Roman" w:cs="Times New Roman"/>
          <w:sz w:val="28"/>
          <w:szCs w:val="28"/>
        </w:rPr>
        <w:t>ệ</w:t>
      </w:r>
      <w:r w:rsidRPr="0055180F">
        <w:rPr>
          <w:rFonts w:ascii="Times New Roman" w:hAnsi="Times New Roman" w:cs="Times New Roman"/>
          <w:sz w:val="28"/>
          <w:szCs w:val="28"/>
        </w:rPr>
        <w:t>t thông qua các tình hu</w:t>
      </w:r>
      <w:r w:rsidRPr="0055180F">
        <w:rPr>
          <w:rFonts w:ascii="Times New Roman" w:hAnsi="Times New Roman" w:cs="Times New Roman"/>
          <w:sz w:val="28"/>
          <w:szCs w:val="28"/>
        </w:rPr>
        <w:t>ố</w:t>
      </w:r>
      <w:r w:rsidRPr="0055180F">
        <w:rPr>
          <w:rFonts w:ascii="Times New Roman" w:hAnsi="Times New Roman" w:cs="Times New Roman"/>
          <w:sz w:val="28"/>
          <w:szCs w:val="28"/>
        </w:rPr>
        <w:t>ng g</w:t>
      </w:r>
      <w:r w:rsidRPr="0055180F">
        <w:rPr>
          <w:rFonts w:ascii="Times New Roman" w:hAnsi="Times New Roman" w:cs="Times New Roman"/>
          <w:sz w:val="28"/>
          <w:szCs w:val="28"/>
        </w:rPr>
        <w:t>ầ</w:t>
      </w:r>
      <w:r w:rsidRPr="0055180F">
        <w:rPr>
          <w:rFonts w:ascii="Times New Roman" w:hAnsi="Times New Roman" w:cs="Times New Roman"/>
          <w:sz w:val="28"/>
          <w:szCs w:val="28"/>
        </w:rPr>
        <w:t xml:space="preserve">n gũi, tranh </w:t>
      </w:r>
      <w:r w:rsidRPr="0055180F">
        <w:rPr>
          <w:rFonts w:ascii="Times New Roman" w:hAnsi="Times New Roman" w:cs="Times New Roman"/>
          <w:sz w:val="28"/>
          <w:szCs w:val="28"/>
        </w:rPr>
        <w:t>ả</w:t>
      </w:r>
      <w:r w:rsidRPr="0055180F">
        <w:rPr>
          <w:rFonts w:ascii="Times New Roman" w:hAnsi="Times New Roman" w:cs="Times New Roman"/>
          <w:sz w:val="28"/>
          <w:szCs w:val="28"/>
        </w:rPr>
        <w:t>nh minh h</w:t>
      </w:r>
      <w:r w:rsidRPr="0055180F">
        <w:rPr>
          <w:rFonts w:ascii="Times New Roman" w:hAnsi="Times New Roman" w:cs="Times New Roman"/>
          <w:sz w:val="28"/>
          <w:szCs w:val="28"/>
        </w:rPr>
        <w:t>ọ</w:t>
      </w:r>
      <w:r w:rsidRPr="0055180F">
        <w:rPr>
          <w:rFonts w:ascii="Times New Roman" w:hAnsi="Times New Roman" w:cs="Times New Roman"/>
          <w:sz w:val="28"/>
          <w:szCs w:val="28"/>
        </w:rPr>
        <w:t>a sinh đ</w:t>
      </w:r>
      <w:r w:rsidRPr="0055180F">
        <w:rPr>
          <w:rFonts w:ascii="Times New Roman" w:hAnsi="Times New Roman" w:cs="Times New Roman"/>
          <w:sz w:val="28"/>
          <w:szCs w:val="28"/>
        </w:rPr>
        <w:t>ộ</w:t>
      </w:r>
      <w:r w:rsidRPr="0055180F">
        <w:rPr>
          <w:rFonts w:ascii="Times New Roman" w:hAnsi="Times New Roman" w:cs="Times New Roman"/>
          <w:sz w:val="28"/>
          <w:szCs w:val="28"/>
        </w:rPr>
        <w:t>ng. Các em h</w:t>
      </w:r>
      <w:r w:rsidRPr="0055180F">
        <w:rPr>
          <w:rFonts w:ascii="Times New Roman" w:hAnsi="Times New Roman" w:cs="Times New Roman"/>
          <w:sz w:val="28"/>
          <w:szCs w:val="28"/>
        </w:rPr>
        <w:t>ọ</w:t>
      </w:r>
      <w:r w:rsidRPr="0055180F">
        <w:rPr>
          <w:rFonts w:ascii="Times New Roman" w:hAnsi="Times New Roman" w:cs="Times New Roman"/>
          <w:sz w:val="28"/>
          <w:szCs w:val="28"/>
        </w:rPr>
        <w:t>c sinh đư</w:t>
      </w:r>
      <w:r w:rsidRPr="0055180F">
        <w:rPr>
          <w:rFonts w:ascii="Times New Roman" w:hAnsi="Times New Roman" w:cs="Times New Roman"/>
          <w:sz w:val="28"/>
          <w:szCs w:val="28"/>
        </w:rPr>
        <w:t>ợ</w:t>
      </w:r>
      <w:r w:rsidRPr="0055180F">
        <w:rPr>
          <w:rFonts w:ascii="Times New Roman" w:hAnsi="Times New Roman" w:cs="Times New Roman"/>
          <w:sz w:val="28"/>
          <w:szCs w:val="28"/>
        </w:rPr>
        <w:t>c tìm hi</w:t>
      </w:r>
      <w:r w:rsidRPr="0055180F">
        <w:rPr>
          <w:rFonts w:ascii="Times New Roman" w:hAnsi="Times New Roman" w:cs="Times New Roman"/>
          <w:sz w:val="28"/>
          <w:szCs w:val="28"/>
        </w:rPr>
        <w:t>ể</w:t>
      </w:r>
      <w:r w:rsidRPr="0055180F">
        <w:rPr>
          <w:rFonts w:ascii="Times New Roman" w:hAnsi="Times New Roman" w:cs="Times New Roman"/>
          <w:sz w:val="28"/>
          <w:szCs w:val="28"/>
        </w:rPr>
        <w:t>u, rèn luy</w:t>
      </w:r>
      <w:r w:rsidRPr="0055180F">
        <w:rPr>
          <w:rFonts w:ascii="Times New Roman" w:hAnsi="Times New Roman" w:cs="Times New Roman"/>
          <w:sz w:val="28"/>
          <w:szCs w:val="28"/>
        </w:rPr>
        <w:t>ệ</w:t>
      </w:r>
      <w:r w:rsidRPr="0055180F">
        <w:rPr>
          <w:rFonts w:ascii="Times New Roman" w:hAnsi="Times New Roman" w:cs="Times New Roman"/>
          <w:sz w:val="28"/>
          <w:szCs w:val="28"/>
        </w:rPr>
        <w:t>n k</w:t>
      </w:r>
      <w:r w:rsidRPr="0055180F">
        <w:rPr>
          <w:rFonts w:ascii="Times New Roman" w:hAnsi="Times New Roman" w:cs="Times New Roman"/>
          <w:sz w:val="28"/>
          <w:szCs w:val="28"/>
        </w:rPr>
        <w:t>ỹ</w:t>
      </w:r>
      <w:r w:rsidRPr="0055180F">
        <w:rPr>
          <w:rFonts w:ascii="Times New Roman" w:hAnsi="Times New Roman" w:cs="Times New Roman"/>
          <w:sz w:val="28"/>
          <w:szCs w:val="28"/>
        </w:rPr>
        <w:t xml:space="preserve"> năng đ</w:t>
      </w:r>
      <w:r w:rsidRPr="0055180F">
        <w:rPr>
          <w:rFonts w:ascii="Times New Roman" w:hAnsi="Times New Roman" w:cs="Times New Roman"/>
          <w:sz w:val="28"/>
          <w:szCs w:val="28"/>
        </w:rPr>
        <w:t>ọ</w:t>
      </w:r>
      <w:r w:rsidRPr="0055180F">
        <w:rPr>
          <w:rFonts w:ascii="Times New Roman" w:hAnsi="Times New Roman" w:cs="Times New Roman"/>
          <w:sz w:val="28"/>
          <w:szCs w:val="28"/>
        </w:rPr>
        <w:t>c – vi</w:t>
      </w:r>
      <w:r w:rsidRPr="0055180F">
        <w:rPr>
          <w:rFonts w:ascii="Times New Roman" w:hAnsi="Times New Roman" w:cs="Times New Roman"/>
          <w:sz w:val="28"/>
          <w:szCs w:val="28"/>
        </w:rPr>
        <w:t>ế</w:t>
      </w:r>
      <w:r w:rsidRPr="0055180F">
        <w:rPr>
          <w:rFonts w:ascii="Times New Roman" w:hAnsi="Times New Roman" w:cs="Times New Roman"/>
          <w:sz w:val="28"/>
          <w:szCs w:val="28"/>
        </w:rPr>
        <w:t>t, đ</w:t>
      </w:r>
      <w:r w:rsidRPr="0055180F">
        <w:rPr>
          <w:rFonts w:ascii="Times New Roman" w:hAnsi="Times New Roman" w:cs="Times New Roman"/>
          <w:sz w:val="28"/>
          <w:szCs w:val="28"/>
        </w:rPr>
        <w:t>ồ</w:t>
      </w:r>
      <w:r w:rsidRPr="0055180F">
        <w:rPr>
          <w:rFonts w:ascii="Times New Roman" w:hAnsi="Times New Roman" w:cs="Times New Roman"/>
          <w:sz w:val="28"/>
          <w:szCs w:val="28"/>
        </w:rPr>
        <w:t>ng th</w:t>
      </w:r>
      <w:r w:rsidRPr="0055180F">
        <w:rPr>
          <w:rFonts w:ascii="Times New Roman" w:hAnsi="Times New Roman" w:cs="Times New Roman"/>
          <w:sz w:val="28"/>
          <w:szCs w:val="28"/>
        </w:rPr>
        <w:t>ờ</w:t>
      </w:r>
      <w:r w:rsidRPr="0055180F">
        <w:rPr>
          <w:rFonts w:ascii="Times New Roman" w:hAnsi="Times New Roman" w:cs="Times New Roman"/>
          <w:sz w:val="28"/>
          <w:szCs w:val="28"/>
        </w:rPr>
        <w:t>i nâng cao ý th</w:t>
      </w:r>
      <w:r w:rsidRPr="0055180F">
        <w:rPr>
          <w:rFonts w:ascii="Times New Roman" w:hAnsi="Times New Roman" w:cs="Times New Roman"/>
          <w:sz w:val="28"/>
          <w:szCs w:val="28"/>
        </w:rPr>
        <w:t>ứ</w:t>
      </w:r>
      <w:r w:rsidRPr="0055180F">
        <w:rPr>
          <w:rFonts w:ascii="Times New Roman" w:hAnsi="Times New Roman" w:cs="Times New Roman"/>
          <w:sz w:val="28"/>
          <w:szCs w:val="28"/>
        </w:rPr>
        <w:t>c ch</w:t>
      </w:r>
      <w:r w:rsidRPr="0055180F">
        <w:rPr>
          <w:rFonts w:ascii="Times New Roman" w:hAnsi="Times New Roman" w:cs="Times New Roman"/>
          <w:sz w:val="28"/>
          <w:szCs w:val="28"/>
        </w:rPr>
        <w:t>ấ</w:t>
      </w:r>
      <w:r w:rsidRPr="0055180F">
        <w:rPr>
          <w:rFonts w:ascii="Times New Roman" w:hAnsi="Times New Roman" w:cs="Times New Roman"/>
          <w:sz w:val="28"/>
          <w:szCs w:val="28"/>
        </w:rPr>
        <w:t>p hành lu</w:t>
      </w:r>
      <w:r w:rsidRPr="0055180F">
        <w:rPr>
          <w:rFonts w:ascii="Times New Roman" w:hAnsi="Times New Roman" w:cs="Times New Roman"/>
          <w:sz w:val="28"/>
          <w:szCs w:val="28"/>
        </w:rPr>
        <w:t>ậ</w:t>
      </w:r>
      <w:r w:rsidRPr="0055180F">
        <w:rPr>
          <w:rFonts w:ascii="Times New Roman" w:hAnsi="Times New Roman" w:cs="Times New Roman"/>
          <w:sz w:val="28"/>
          <w:szCs w:val="28"/>
        </w:rPr>
        <w:t xml:space="preserve">t giao </w:t>
      </w:r>
      <w:r w:rsidRPr="0055180F">
        <w:rPr>
          <w:rFonts w:ascii="Times New Roman" w:hAnsi="Times New Roman" w:cs="Times New Roman"/>
          <w:sz w:val="28"/>
          <w:szCs w:val="28"/>
        </w:rPr>
        <w:t>thông ngay t</w:t>
      </w:r>
      <w:r w:rsidRPr="0055180F">
        <w:rPr>
          <w:rFonts w:ascii="Times New Roman" w:hAnsi="Times New Roman" w:cs="Times New Roman"/>
          <w:sz w:val="28"/>
          <w:szCs w:val="28"/>
        </w:rPr>
        <w:t>ừ</w:t>
      </w:r>
      <w:r w:rsidRPr="0055180F">
        <w:rPr>
          <w:rFonts w:ascii="Times New Roman" w:hAnsi="Times New Roman" w:cs="Times New Roman"/>
          <w:sz w:val="28"/>
          <w:szCs w:val="28"/>
        </w:rPr>
        <w:t xml:space="preserve"> nh</w:t>
      </w:r>
      <w:r w:rsidRPr="0055180F">
        <w:rPr>
          <w:rFonts w:ascii="Times New Roman" w:hAnsi="Times New Roman" w:cs="Times New Roman"/>
          <w:sz w:val="28"/>
          <w:szCs w:val="28"/>
        </w:rPr>
        <w:t>ữ</w:t>
      </w:r>
      <w:r w:rsidRPr="0055180F">
        <w:rPr>
          <w:rFonts w:ascii="Times New Roman" w:hAnsi="Times New Roman" w:cs="Times New Roman"/>
          <w:sz w:val="28"/>
          <w:szCs w:val="28"/>
        </w:rPr>
        <w:t>ng hành vi nh</w:t>
      </w:r>
      <w:r w:rsidRPr="0055180F">
        <w:rPr>
          <w:rFonts w:ascii="Times New Roman" w:hAnsi="Times New Roman" w:cs="Times New Roman"/>
          <w:sz w:val="28"/>
          <w:szCs w:val="28"/>
        </w:rPr>
        <w:t>ỏ</w:t>
      </w:r>
      <w:r w:rsidRPr="0055180F">
        <w:rPr>
          <w:rFonts w:ascii="Times New Roman" w:hAnsi="Times New Roman" w:cs="Times New Roman"/>
          <w:sz w:val="28"/>
          <w:szCs w:val="28"/>
        </w:rPr>
        <w:t xml:space="preserve"> như </w:t>
      </w:r>
      <w:r w:rsidRPr="0055180F">
        <w:rPr>
          <w:rFonts w:ascii="Times New Roman" w:hAnsi="Times New Roman" w:cs="Times New Roman"/>
          <w:sz w:val="28"/>
          <w:szCs w:val="28"/>
        </w:rPr>
        <w:t>đ</w:t>
      </w:r>
      <w:r w:rsidRPr="0055180F">
        <w:rPr>
          <w:rFonts w:ascii="Times New Roman" w:hAnsi="Times New Roman" w:cs="Times New Roman"/>
          <w:sz w:val="28"/>
          <w:szCs w:val="28"/>
        </w:rPr>
        <w:t>ộ</w:t>
      </w:r>
      <w:r w:rsidRPr="0055180F">
        <w:rPr>
          <w:rFonts w:ascii="Times New Roman" w:hAnsi="Times New Roman" w:cs="Times New Roman"/>
          <w:sz w:val="28"/>
          <w:szCs w:val="28"/>
        </w:rPr>
        <w:t>i mũ b</w:t>
      </w:r>
      <w:r w:rsidRPr="0055180F">
        <w:rPr>
          <w:rFonts w:ascii="Times New Roman" w:hAnsi="Times New Roman" w:cs="Times New Roman"/>
          <w:sz w:val="28"/>
          <w:szCs w:val="28"/>
        </w:rPr>
        <w:t>ả</w:t>
      </w:r>
      <w:r w:rsidRPr="0055180F">
        <w:rPr>
          <w:rFonts w:ascii="Times New Roman" w:hAnsi="Times New Roman" w:cs="Times New Roman"/>
          <w:sz w:val="28"/>
          <w:szCs w:val="28"/>
        </w:rPr>
        <w:t>o hi</w:t>
      </w:r>
      <w:r w:rsidRPr="0055180F">
        <w:rPr>
          <w:rFonts w:ascii="Times New Roman" w:hAnsi="Times New Roman" w:cs="Times New Roman"/>
          <w:sz w:val="28"/>
          <w:szCs w:val="28"/>
        </w:rPr>
        <w:t>ể</w:t>
      </w:r>
      <w:r w:rsidRPr="0055180F">
        <w:rPr>
          <w:rFonts w:ascii="Times New Roman" w:hAnsi="Times New Roman" w:cs="Times New Roman"/>
          <w:sz w:val="28"/>
          <w:szCs w:val="28"/>
        </w:rPr>
        <w:t>m khi đi xe máy cùng ngư</w:t>
      </w:r>
      <w:r w:rsidRPr="0055180F">
        <w:rPr>
          <w:rFonts w:ascii="Times New Roman" w:hAnsi="Times New Roman" w:cs="Times New Roman"/>
          <w:sz w:val="28"/>
          <w:szCs w:val="28"/>
        </w:rPr>
        <w:t>ờ</w:t>
      </w:r>
      <w:r w:rsidRPr="0055180F">
        <w:rPr>
          <w:rFonts w:ascii="Times New Roman" w:hAnsi="Times New Roman" w:cs="Times New Roman"/>
          <w:sz w:val="28"/>
          <w:szCs w:val="28"/>
        </w:rPr>
        <w:t>i l</w:t>
      </w:r>
      <w:r w:rsidRPr="0055180F">
        <w:rPr>
          <w:rFonts w:ascii="Times New Roman" w:hAnsi="Times New Roman" w:cs="Times New Roman"/>
          <w:sz w:val="28"/>
          <w:szCs w:val="28"/>
        </w:rPr>
        <w:t>ớ</w:t>
      </w:r>
      <w:r w:rsidRPr="0055180F">
        <w:rPr>
          <w:rFonts w:ascii="Times New Roman" w:hAnsi="Times New Roman" w:cs="Times New Roman"/>
          <w:sz w:val="28"/>
          <w:szCs w:val="28"/>
        </w:rPr>
        <w:t>n</w:t>
      </w:r>
      <w:r w:rsidR="0055180F">
        <w:rPr>
          <w:rFonts w:ascii="Times New Roman" w:hAnsi="Times New Roman" w:cs="Times New Roman"/>
          <w:sz w:val="28"/>
          <w:szCs w:val="28"/>
        </w:rPr>
        <w:t>, sang đường với trẻ em dưới 10 tuổi cần có người lớn đi kèm</w:t>
      </w:r>
      <w:r w:rsidRPr="0055180F">
        <w:rPr>
          <w:rFonts w:ascii="Times New Roman" w:hAnsi="Times New Roman" w:cs="Times New Roman"/>
          <w:sz w:val="28"/>
          <w:szCs w:val="28"/>
        </w:rPr>
        <w:t>.</w:t>
      </w:r>
    </w:p>
    <w:p w:rsidR="008E1EA9" w:rsidRPr="0055180F" w:rsidRDefault="009D5133">
      <w:pPr>
        <w:rPr>
          <w:rFonts w:ascii="Times New Roman" w:hAnsi="Times New Roman" w:cs="Times New Roman"/>
          <w:sz w:val="28"/>
          <w:szCs w:val="28"/>
        </w:rPr>
      </w:pPr>
      <w:r w:rsidRPr="0055180F">
        <w:rPr>
          <w:rFonts w:ascii="Times New Roman" w:hAnsi="Times New Roman" w:cs="Times New Roman"/>
          <w:sz w:val="28"/>
          <w:szCs w:val="28"/>
        </w:rPr>
        <w:t>Bên c</w:t>
      </w:r>
      <w:r w:rsidRPr="0055180F">
        <w:rPr>
          <w:rFonts w:ascii="Times New Roman" w:hAnsi="Times New Roman" w:cs="Times New Roman"/>
          <w:sz w:val="28"/>
          <w:szCs w:val="28"/>
        </w:rPr>
        <w:t>ạ</w:t>
      </w:r>
      <w:r w:rsidRPr="0055180F">
        <w:rPr>
          <w:rFonts w:ascii="Times New Roman" w:hAnsi="Times New Roman" w:cs="Times New Roman"/>
          <w:sz w:val="28"/>
          <w:szCs w:val="28"/>
        </w:rPr>
        <w:t>nh đó, vi</w:t>
      </w:r>
      <w:r w:rsidRPr="0055180F">
        <w:rPr>
          <w:rFonts w:ascii="Times New Roman" w:hAnsi="Times New Roman" w:cs="Times New Roman"/>
          <w:sz w:val="28"/>
          <w:szCs w:val="28"/>
        </w:rPr>
        <w:t>ệ</w:t>
      </w:r>
      <w:r w:rsidRPr="0055180F">
        <w:rPr>
          <w:rFonts w:ascii="Times New Roman" w:hAnsi="Times New Roman" w:cs="Times New Roman"/>
          <w:sz w:val="28"/>
          <w:szCs w:val="28"/>
        </w:rPr>
        <w:t>c tích h</w:t>
      </w:r>
      <w:r w:rsidRPr="0055180F">
        <w:rPr>
          <w:rFonts w:ascii="Times New Roman" w:hAnsi="Times New Roman" w:cs="Times New Roman"/>
          <w:sz w:val="28"/>
          <w:szCs w:val="28"/>
        </w:rPr>
        <w:t>ợ</w:t>
      </w:r>
      <w:r w:rsidRPr="0055180F">
        <w:rPr>
          <w:rFonts w:ascii="Times New Roman" w:hAnsi="Times New Roman" w:cs="Times New Roman"/>
          <w:sz w:val="28"/>
          <w:szCs w:val="28"/>
        </w:rPr>
        <w:t>p công ngh</w:t>
      </w:r>
      <w:r w:rsidRPr="0055180F">
        <w:rPr>
          <w:rFonts w:ascii="Times New Roman" w:hAnsi="Times New Roman" w:cs="Times New Roman"/>
          <w:sz w:val="28"/>
          <w:szCs w:val="28"/>
        </w:rPr>
        <w:t>ệ</w:t>
      </w:r>
      <w:r w:rsidRPr="0055180F">
        <w:rPr>
          <w:rFonts w:ascii="Times New Roman" w:hAnsi="Times New Roman" w:cs="Times New Roman"/>
          <w:sz w:val="28"/>
          <w:szCs w:val="28"/>
        </w:rPr>
        <w:t xml:space="preserve"> thông tin đã góp ph</w:t>
      </w:r>
      <w:r w:rsidRPr="0055180F">
        <w:rPr>
          <w:rFonts w:ascii="Times New Roman" w:hAnsi="Times New Roman" w:cs="Times New Roman"/>
          <w:sz w:val="28"/>
          <w:szCs w:val="28"/>
        </w:rPr>
        <w:t>ầ</w:t>
      </w:r>
      <w:r w:rsidRPr="0055180F">
        <w:rPr>
          <w:rFonts w:ascii="Times New Roman" w:hAnsi="Times New Roman" w:cs="Times New Roman"/>
          <w:sz w:val="28"/>
          <w:szCs w:val="28"/>
        </w:rPr>
        <w:t>n làm cho bài h</w:t>
      </w:r>
      <w:r w:rsidRPr="0055180F">
        <w:rPr>
          <w:rFonts w:ascii="Times New Roman" w:hAnsi="Times New Roman" w:cs="Times New Roman"/>
          <w:sz w:val="28"/>
          <w:szCs w:val="28"/>
        </w:rPr>
        <w:t>ọ</w:t>
      </w:r>
      <w:r w:rsidRPr="0055180F">
        <w:rPr>
          <w:rFonts w:ascii="Times New Roman" w:hAnsi="Times New Roman" w:cs="Times New Roman"/>
          <w:sz w:val="28"/>
          <w:szCs w:val="28"/>
        </w:rPr>
        <w:t>c thêm tr</w:t>
      </w:r>
      <w:r w:rsidRPr="0055180F">
        <w:rPr>
          <w:rFonts w:ascii="Times New Roman" w:hAnsi="Times New Roman" w:cs="Times New Roman"/>
          <w:sz w:val="28"/>
          <w:szCs w:val="28"/>
        </w:rPr>
        <w:t>ự</w:t>
      </w:r>
      <w:r w:rsidRPr="0055180F">
        <w:rPr>
          <w:rFonts w:ascii="Times New Roman" w:hAnsi="Times New Roman" w:cs="Times New Roman"/>
          <w:sz w:val="28"/>
          <w:szCs w:val="28"/>
        </w:rPr>
        <w:t>c quan và h</w:t>
      </w:r>
      <w:r w:rsidRPr="0055180F">
        <w:rPr>
          <w:rFonts w:ascii="Times New Roman" w:hAnsi="Times New Roman" w:cs="Times New Roman"/>
          <w:sz w:val="28"/>
          <w:szCs w:val="28"/>
        </w:rPr>
        <w:t>ấ</w:t>
      </w:r>
      <w:r w:rsidRPr="0055180F">
        <w:rPr>
          <w:rFonts w:ascii="Times New Roman" w:hAnsi="Times New Roman" w:cs="Times New Roman"/>
          <w:sz w:val="28"/>
          <w:szCs w:val="28"/>
        </w:rPr>
        <w:t>p d</w:t>
      </w:r>
      <w:r w:rsidRPr="0055180F">
        <w:rPr>
          <w:rFonts w:ascii="Times New Roman" w:hAnsi="Times New Roman" w:cs="Times New Roman"/>
          <w:sz w:val="28"/>
          <w:szCs w:val="28"/>
        </w:rPr>
        <w:t>ẫ</w:t>
      </w:r>
      <w:r w:rsidRPr="0055180F">
        <w:rPr>
          <w:rFonts w:ascii="Times New Roman" w:hAnsi="Times New Roman" w:cs="Times New Roman"/>
          <w:sz w:val="28"/>
          <w:szCs w:val="28"/>
        </w:rPr>
        <w:t xml:space="preserve">n. </w:t>
      </w:r>
      <w:r w:rsidR="0055180F">
        <w:rPr>
          <w:rFonts w:ascii="Times New Roman" w:hAnsi="Times New Roman" w:cs="Times New Roman"/>
          <w:sz w:val="28"/>
          <w:szCs w:val="28"/>
        </w:rPr>
        <w:t>Cô giáo Lê Thị Thanh Duyên</w:t>
      </w:r>
      <w:r w:rsidRPr="0055180F">
        <w:rPr>
          <w:rFonts w:ascii="Times New Roman" w:hAnsi="Times New Roman" w:cs="Times New Roman"/>
          <w:sz w:val="28"/>
          <w:szCs w:val="28"/>
        </w:rPr>
        <w:t xml:space="preserve"> s</w:t>
      </w:r>
      <w:r w:rsidRPr="0055180F">
        <w:rPr>
          <w:rFonts w:ascii="Times New Roman" w:hAnsi="Times New Roman" w:cs="Times New Roman"/>
          <w:sz w:val="28"/>
          <w:szCs w:val="28"/>
        </w:rPr>
        <w:t>ử</w:t>
      </w:r>
      <w:r w:rsidRPr="0055180F">
        <w:rPr>
          <w:rFonts w:ascii="Times New Roman" w:hAnsi="Times New Roman" w:cs="Times New Roman"/>
          <w:sz w:val="28"/>
          <w:szCs w:val="28"/>
        </w:rPr>
        <w:t xml:space="preserve"> d</w:t>
      </w:r>
      <w:r w:rsidRPr="0055180F">
        <w:rPr>
          <w:rFonts w:ascii="Times New Roman" w:hAnsi="Times New Roman" w:cs="Times New Roman"/>
          <w:sz w:val="28"/>
          <w:szCs w:val="28"/>
        </w:rPr>
        <w:t>ụ</w:t>
      </w:r>
      <w:r w:rsidRPr="0055180F">
        <w:rPr>
          <w:rFonts w:ascii="Times New Roman" w:hAnsi="Times New Roman" w:cs="Times New Roman"/>
          <w:sz w:val="28"/>
          <w:szCs w:val="28"/>
        </w:rPr>
        <w:t>ng bài gi</w:t>
      </w:r>
      <w:r w:rsidRPr="0055180F">
        <w:rPr>
          <w:rFonts w:ascii="Times New Roman" w:hAnsi="Times New Roman" w:cs="Times New Roman"/>
          <w:sz w:val="28"/>
          <w:szCs w:val="28"/>
        </w:rPr>
        <w:t>ả</w:t>
      </w:r>
      <w:r w:rsidRPr="0055180F">
        <w:rPr>
          <w:rFonts w:ascii="Times New Roman" w:hAnsi="Times New Roman" w:cs="Times New Roman"/>
          <w:sz w:val="28"/>
          <w:szCs w:val="28"/>
        </w:rPr>
        <w:t>ng đi</w:t>
      </w:r>
      <w:r w:rsidRPr="0055180F">
        <w:rPr>
          <w:rFonts w:ascii="Times New Roman" w:hAnsi="Times New Roman" w:cs="Times New Roman"/>
          <w:sz w:val="28"/>
          <w:szCs w:val="28"/>
        </w:rPr>
        <w:t>ệ</w:t>
      </w:r>
      <w:r w:rsidRPr="0055180F">
        <w:rPr>
          <w:rFonts w:ascii="Times New Roman" w:hAnsi="Times New Roman" w:cs="Times New Roman"/>
          <w:sz w:val="28"/>
          <w:szCs w:val="28"/>
        </w:rPr>
        <w:t>n t</w:t>
      </w:r>
      <w:r w:rsidRPr="0055180F">
        <w:rPr>
          <w:rFonts w:ascii="Times New Roman" w:hAnsi="Times New Roman" w:cs="Times New Roman"/>
          <w:sz w:val="28"/>
          <w:szCs w:val="28"/>
        </w:rPr>
        <w:t>ử</w:t>
      </w:r>
      <w:r w:rsidRPr="0055180F">
        <w:rPr>
          <w:rFonts w:ascii="Times New Roman" w:hAnsi="Times New Roman" w:cs="Times New Roman"/>
          <w:sz w:val="28"/>
          <w:szCs w:val="28"/>
        </w:rPr>
        <w:t xml:space="preserve">, hình </w:t>
      </w:r>
      <w:r w:rsidRPr="0055180F">
        <w:rPr>
          <w:rFonts w:ascii="Times New Roman" w:hAnsi="Times New Roman" w:cs="Times New Roman"/>
          <w:sz w:val="28"/>
          <w:szCs w:val="28"/>
        </w:rPr>
        <w:t>ả</w:t>
      </w:r>
      <w:r w:rsidRPr="0055180F">
        <w:rPr>
          <w:rFonts w:ascii="Times New Roman" w:hAnsi="Times New Roman" w:cs="Times New Roman"/>
          <w:sz w:val="28"/>
          <w:szCs w:val="28"/>
        </w:rPr>
        <w:t>nh, vi</w:t>
      </w:r>
      <w:r w:rsidRPr="0055180F">
        <w:rPr>
          <w:rFonts w:ascii="Times New Roman" w:hAnsi="Times New Roman" w:cs="Times New Roman"/>
          <w:sz w:val="28"/>
          <w:szCs w:val="28"/>
        </w:rPr>
        <w:t>deo clip minh h</w:t>
      </w:r>
      <w:r w:rsidRPr="0055180F">
        <w:rPr>
          <w:rFonts w:ascii="Times New Roman" w:hAnsi="Times New Roman" w:cs="Times New Roman"/>
          <w:sz w:val="28"/>
          <w:szCs w:val="28"/>
        </w:rPr>
        <w:t>ọ</w:t>
      </w:r>
      <w:r w:rsidRPr="0055180F">
        <w:rPr>
          <w:rFonts w:ascii="Times New Roman" w:hAnsi="Times New Roman" w:cs="Times New Roman"/>
          <w:sz w:val="28"/>
          <w:szCs w:val="28"/>
        </w:rPr>
        <w:t>a, ph</w:t>
      </w:r>
      <w:r w:rsidRPr="0055180F">
        <w:rPr>
          <w:rFonts w:ascii="Times New Roman" w:hAnsi="Times New Roman" w:cs="Times New Roman"/>
          <w:sz w:val="28"/>
          <w:szCs w:val="28"/>
        </w:rPr>
        <w:t>ầ</w:t>
      </w:r>
      <w:r w:rsidRPr="0055180F">
        <w:rPr>
          <w:rFonts w:ascii="Times New Roman" w:hAnsi="Times New Roman" w:cs="Times New Roman"/>
          <w:sz w:val="28"/>
          <w:szCs w:val="28"/>
        </w:rPr>
        <w:t>n m</w:t>
      </w:r>
      <w:r w:rsidRPr="0055180F">
        <w:rPr>
          <w:rFonts w:ascii="Times New Roman" w:hAnsi="Times New Roman" w:cs="Times New Roman"/>
          <w:sz w:val="28"/>
          <w:szCs w:val="28"/>
        </w:rPr>
        <w:t>ề</w:t>
      </w:r>
      <w:r w:rsidRPr="0055180F">
        <w:rPr>
          <w:rFonts w:ascii="Times New Roman" w:hAnsi="Times New Roman" w:cs="Times New Roman"/>
          <w:sz w:val="28"/>
          <w:szCs w:val="28"/>
        </w:rPr>
        <w:t>m h</w:t>
      </w:r>
      <w:r w:rsidRPr="0055180F">
        <w:rPr>
          <w:rFonts w:ascii="Times New Roman" w:hAnsi="Times New Roman" w:cs="Times New Roman"/>
          <w:sz w:val="28"/>
          <w:szCs w:val="28"/>
        </w:rPr>
        <w:t>ỗ</w:t>
      </w:r>
      <w:r w:rsidRPr="0055180F">
        <w:rPr>
          <w:rFonts w:ascii="Times New Roman" w:hAnsi="Times New Roman" w:cs="Times New Roman"/>
          <w:sz w:val="28"/>
          <w:szCs w:val="28"/>
        </w:rPr>
        <w:t xml:space="preserve"> tr</w:t>
      </w:r>
      <w:r w:rsidRPr="0055180F">
        <w:rPr>
          <w:rFonts w:ascii="Times New Roman" w:hAnsi="Times New Roman" w:cs="Times New Roman"/>
          <w:sz w:val="28"/>
          <w:szCs w:val="28"/>
        </w:rPr>
        <w:t>ợ</w:t>
      </w:r>
      <w:r w:rsidRPr="0055180F">
        <w:rPr>
          <w:rFonts w:ascii="Times New Roman" w:hAnsi="Times New Roman" w:cs="Times New Roman"/>
          <w:sz w:val="28"/>
          <w:szCs w:val="28"/>
        </w:rPr>
        <w:t xml:space="preserve"> đ</w:t>
      </w:r>
      <w:r w:rsidRPr="0055180F">
        <w:rPr>
          <w:rFonts w:ascii="Times New Roman" w:hAnsi="Times New Roman" w:cs="Times New Roman"/>
          <w:sz w:val="28"/>
          <w:szCs w:val="28"/>
        </w:rPr>
        <w:t>ể</w:t>
      </w:r>
      <w:r w:rsidRPr="0055180F">
        <w:rPr>
          <w:rFonts w:ascii="Times New Roman" w:hAnsi="Times New Roman" w:cs="Times New Roman"/>
          <w:sz w:val="28"/>
          <w:szCs w:val="28"/>
        </w:rPr>
        <w:t xml:space="preserve"> tăng tính sinh đ</w:t>
      </w:r>
      <w:r w:rsidRPr="0055180F">
        <w:rPr>
          <w:rFonts w:ascii="Times New Roman" w:hAnsi="Times New Roman" w:cs="Times New Roman"/>
          <w:sz w:val="28"/>
          <w:szCs w:val="28"/>
        </w:rPr>
        <w:t>ộ</w:t>
      </w:r>
      <w:r w:rsidRPr="0055180F">
        <w:rPr>
          <w:rFonts w:ascii="Times New Roman" w:hAnsi="Times New Roman" w:cs="Times New Roman"/>
          <w:sz w:val="28"/>
          <w:szCs w:val="28"/>
        </w:rPr>
        <w:t>ng và khuy</w:t>
      </w:r>
      <w:r w:rsidRPr="0055180F">
        <w:rPr>
          <w:rFonts w:ascii="Times New Roman" w:hAnsi="Times New Roman" w:cs="Times New Roman"/>
          <w:sz w:val="28"/>
          <w:szCs w:val="28"/>
        </w:rPr>
        <w:t>ế</w:t>
      </w:r>
      <w:r w:rsidRPr="0055180F">
        <w:rPr>
          <w:rFonts w:ascii="Times New Roman" w:hAnsi="Times New Roman" w:cs="Times New Roman"/>
          <w:sz w:val="28"/>
          <w:szCs w:val="28"/>
        </w:rPr>
        <w:t>n khích s</w:t>
      </w:r>
      <w:r w:rsidRPr="0055180F">
        <w:rPr>
          <w:rFonts w:ascii="Times New Roman" w:hAnsi="Times New Roman" w:cs="Times New Roman"/>
          <w:sz w:val="28"/>
          <w:szCs w:val="28"/>
        </w:rPr>
        <w:t>ự</w:t>
      </w:r>
      <w:r w:rsidRPr="0055180F">
        <w:rPr>
          <w:rFonts w:ascii="Times New Roman" w:hAnsi="Times New Roman" w:cs="Times New Roman"/>
          <w:sz w:val="28"/>
          <w:szCs w:val="28"/>
        </w:rPr>
        <w:t xml:space="preserve"> tương tác c</w:t>
      </w:r>
      <w:r w:rsidRPr="0055180F">
        <w:rPr>
          <w:rFonts w:ascii="Times New Roman" w:hAnsi="Times New Roman" w:cs="Times New Roman"/>
          <w:sz w:val="28"/>
          <w:szCs w:val="28"/>
        </w:rPr>
        <w:t>ủ</w:t>
      </w:r>
      <w:r w:rsidRPr="0055180F">
        <w:rPr>
          <w:rFonts w:ascii="Times New Roman" w:hAnsi="Times New Roman" w:cs="Times New Roman"/>
          <w:sz w:val="28"/>
          <w:szCs w:val="28"/>
        </w:rPr>
        <w:t>a h</w:t>
      </w:r>
      <w:r w:rsidRPr="0055180F">
        <w:rPr>
          <w:rFonts w:ascii="Times New Roman" w:hAnsi="Times New Roman" w:cs="Times New Roman"/>
          <w:sz w:val="28"/>
          <w:szCs w:val="28"/>
        </w:rPr>
        <w:t>ọ</w:t>
      </w:r>
      <w:r w:rsidRPr="0055180F">
        <w:rPr>
          <w:rFonts w:ascii="Times New Roman" w:hAnsi="Times New Roman" w:cs="Times New Roman"/>
          <w:sz w:val="28"/>
          <w:szCs w:val="28"/>
        </w:rPr>
        <w:t>c sinh.</w:t>
      </w:r>
    </w:p>
    <w:p w:rsidR="008E1EA9" w:rsidRPr="0055180F" w:rsidRDefault="009D5133">
      <w:pPr>
        <w:rPr>
          <w:rFonts w:ascii="Times New Roman" w:hAnsi="Times New Roman" w:cs="Times New Roman"/>
          <w:sz w:val="28"/>
          <w:szCs w:val="28"/>
        </w:rPr>
      </w:pPr>
      <w:r w:rsidRPr="0055180F">
        <w:rPr>
          <w:rFonts w:ascii="Times New Roman" w:hAnsi="Times New Roman" w:cs="Times New Roman"/>
          <w:sz w:val="28"/>
          <w:szCs w:val="28"/>
        </w:rPr>
        <w:t>Ho</w:t>
      </w:r>
      <w:r w:rsidRPr="0055180F">
        <w:rPr>
          <w:rFonts w:ascii="Times New Roman" w:hAnsi="Times New Roman" w:cs="Times New Roman"/>
          <w:sz w:val="28"/>
          <w:szCs w:val="28"/>
        </w:rPr>
        <w:t>ạ</w:t>
      </w:r>
      <w:r w:rsidRPr="0055180F">
        <w:rPr>
          <w:rFonts w:ascii="Times New Roman" w:hAnsi="Times New Roman" w:cs="Times New Roman"/>
          <w:sz w:val="28"/>
          <w:szCs w:val="28"/>
        </w:rPr>
        <w:t>t đ</w:t>
      </w:r>
      <w:r w:rsidRPr="0055180F">
        <w:rPr>
          <w:rFonts w:ascii="Times New Roman" w:hAnsi="Times New Roman" w:cs="Times New Roman"/>
          <w:sz w:val="28"/>
          <w:szCs w:val="28"/>
        </w:rPr>
        <w:t>ộ</w:t>
      </w:r>
      <w:r w:rsidRPr="0055180F">
        <w:rPr>
          <w:rFonts w:ascii="Times New Roman" w:hAnsi="Times New Roman" w:cs="Times New Roman"/>
          <w:sz w:val="28"/>
          <w:szCs w:val="28"/>
        </w:rPr>
        <w:t>ng chuyên đ</w:t>
      </w:r>
      <w:r w:rsidRPr="0055180F">
        <w:rPr>
          <w:rFonts w:ascii="Times New Roman" w:hAnsi="Times New Roman" w:cs="Times New Roman"/>
          <w:sz w:val="28"/>
          <w:szCs w:val="28"/>
        </w:rPr>
        <w:t>ề</w:t>
      </w:r>
      <w:r w:rsidRPr="0055180F">
        <w:rPr>
          <w:rFonts w:ascii="Times New Roman" w:hAnsi="Times New Roman" w:cs="Times New Roman"/>
          <w:sz w:val="28"/>
          <w:szCs w:val="28"/>
        </w:rPr>
        <w:t xml:space="preserve"> không ch</w:t>
      </w:r>
      <w:r w:rsidRPr="0055180F">
        <w:rPr>
          <w:rFonts w:ascii="Times New Roman" w:hAnsi="Times New Roman" w:cs="Times New Roman"/>
          <w:sz w:val="28"/>
          <w:szCs w:val="28"/>
        </w:rPr>
        <w:t>ỉ</w:t>
      </w:r>
      <w:r w:rsidRPr="0055180F">
        <w:rPr>
          <w:rFonts w:ascii="Times New Roman" w:hAnsi="Times New Roman" w:cs="Times New Roman"/>
          <w:sz w:val="28"/>
          <w:szCs w:val="28"/>
        </w:rPr>
        <w:t xml:space="preserve"> mang l</w:t>
      </w:r>
      <w:r w:rsidRPr="0055180F">
        <w:rPr>
          <w:rFonts w:ascii="Times New Roman" w:hAnsi="Times New Roman" w:cs="Times New Roman"/>
          <w:sz w:val="28"/>
          <w:szCs w:val="28"/>
        </w:rPr>
        <w:t>ạ</w:t>
      </w:r>
      <w:r w:rsidRPr="0055180F">
        <w:rPr>
          <w:rFonts w:ascii="Times New Roman" w:hAnsi="Times New Roman" w:cs="Times New Roman"/>
          <w:sz w:val="28"/>
          <w:szCs w:val="28"/>
        </w:rPr>
        <w:t>i bài h</w:t>
      </w:r>
      <w:r w:rsidRPr="0055180F">
        <w:rPr>
          <w:rFonts w:ascii="Times New Roman" w:hAnsi="Times New Roman" w:cs="Times New Roman"/>
          <w:sz w:val="28"/>
          <w:szCs w:val="28"/>
        </w:rPr>
        <w:t>ọ</w:t>
      </w:r>
      <w:r w:rsidRPr="0055180F">
        <w:rPr>
          <w:rFonts w:ascii="Times New Roman" w:hAnsi="Times New Roman" w:cs="Times New Roman"/>
          <w:sz w:val="28"/>
          <w:szCs w:val="28"/>
        </w:rPr>
        <w:t>c b</w:t>
      </w:r>
      <w:r w:rsidRPr="0055180F">
        <w:rPr>
          <w:rFonts w:ascii="Times New Roman" w:hAnsi="Times New Roman" w:cs="Times New Roman"/>
          <w:sz w:val="28"/>
          <w:szCs w:val="28"/>
        </w:rPr>
        <w:t>ổ</w:t>
      </w:r>
      <w:r w:rsidRPr="0055180F">
        <w:rPr>
          <w:rFonts w:ascii="Times New Roman" w:hAnsi="Times New Roman" w:cs="Times New Roman"/>
          <w:sz w:val="28"/>
          <w:szCs w:val="28"/>
        </w:rPr>
        <w:t xml:space="preserve"> ích cho h</w:t>
      </w:r>
      <w:r w:rsidRPr="0055180F">
        <w:rPr>
          <w:rFonts w:ascii="Times New Roman" w:hAnsi="Times New Roman" w:cs="Times New Roman"/>
          <w:sz w:val="28"/>
          <w:szCs w:val="28"/>
        </w:rPr>
        <w:t>ọ</w:t>
      </w:r>
      <w:r w:rsidRPr="0055180F">
        <w:rPr>
          <w:rFonts w:ascii="Times New Roman" w:hAnsi="Times New Roman" w:cs="Times New Roman"/>
          <w:sz w:val="28"/>
          <w:szCs w:val="28"/>
        </w:rPr>
        <w:t>c sinh mà còn là d</w:t>
      </w:r>
      <w:r w:rsidRPr="0055180F">
        <w:rPr>
          <w:rFonts w:ascii="Times New Roman" w:hAnsi="Times New Roman" w:cs="Times New Roman"/>
          <w:sz w:val="28"/>
          <w:szCs w:val="28"/>
        </w:rPr>
        <w:t>ị</w:t>
      </w:r>
      <w:r w:rsidRPr="0055180F">
        <w:rPr>
          <w:rFonts w:ascii="Times New Roman" w:hAnsi="Times New Roman" w:cs="Times New Roman"/>
          <w:sz w:val="28"/>
          <w:szCs w:val="28"/>
        </w:rPr>
        <w:t>p đ</w:t>
      </w:r>
      <w:r w:rsidRPr="0055180F">
        <w:rPr>
          <w:rFonts w:ascii="Times New Roman" w:hAnsi="Times New Roman" w:cs="Times New Roman"/>
          <w:sz w:val="28"/>
          <w:szCs w:val="28"/>
        </w:rPr>
        <w:t>ể</w:t>
      </w:r>
      <w:r w:rsidRPr="0055180F">
        <w:rPr>
          <w:rFonts w:ascii="Times New Roman" w:hAnsi="Times New Roman" w:cs="Times New Roman"/>
          <w:sz w:val="28"/>
          <w:szCs w:val="28"/>
        </w:rPr>
        <w:t xml:space="preserve"> giáo viên trong kh</w:t>
      </w:r>
      <w:r w:rsidRPr="0055180F">
        <w:rPr>
          <w:rFonts w:ascii="Times New Roman" w:hAnsi="Times New Roman" w:cs="Times New Roman"/>
          <w:sz w:val="28"/>
          <w:szCs w:val="28"/>
        </w:rPr>
        <w:t>ố</w:t>
      </w:r>
      <w:r w:rsidRPr="0055180F">
        <w:rPr>
          <w:rFonts w:ascii="Times New Roman" w:hAnsi="Times New Roman" w:cs="Times New Roman"/>
          <w:sz w:val="28"/>
          <w:szCs w:val="28"/>
        </w:rPr>
        <w:t>i trao đ</w:t>
      </w:r>
      <w:r w:rsidRPr="0055180F">
        <w:rPr>
          <w:rFonts w:ascii="Times New Roman" w:hAnsi="Times New Roman" w:cs="Times New Roman"/>
          <w:sz w:val="28"/>
          <w:szCs w:val="28"/>
        </w:rPr>
        <w:t>ổ</w:t>
      </w:r>
      <w:r w:rsidRPr="0055180F">
        <w:rPr>
          <w:rFonts w:ascii="Times New Roman" w:hAnsi="Times New Roman" w:cs="Times New Roman"/>
          <w:sz w:val="28"/>
          <w:szCs w:val="28"/>
        </w:rPr>
        <w:t>i kinh nghi</w:t>
      </w:r>
      <w:r w:rsidRPr="0055180F">
        <w:rPr>
          <w:rFonts w:ascii="Times New Roman" w:hAnsi="Times New Roman" w:cs="Times New Roman"/>
          <w:sz w:val="28"/>
          <w:szCs w:val="28"/>
        </w:rPr>
        <w:t>ệ</w:t>
      </w:r>
      <w:r w:rsidRPr="0055180F">
        <w:rPr>
          <w:rFonts w:ascii="Times New Roman" w:hAnsi="Times New Roman" w:cs="Times New Roman"/>
          <w:sz w:val="28"/>
          <w:szCs w:val="28"/>
        </w:rPr>
        <w:t>m, chia s</w:t>
      </w:r>
      <w:r w:rsidRPr="0055180F">
        <w:rPr>
          <w:rFonts w:ascii="Times New Roman" w:hAnsi="Times New Roman" w:cs="Times New Roman"/>
          <w:sz w:val="28"/>
          <w:szCs w:val="28"/>
        </w:rPr>
        <w:t>ẻ</w:t>
      </w:r>
      <w:r w:rsidRPr="0055180F">
        <w:rPr>
          <w:rFonts w:ascii="Times New Roman" w:hAnsi="Times New Roman" w:cs="Times New Roman"/>
          <w:sz w:val="28"/>
          <w:szCs w:val="28"/>
        </w:rPr>
        <w:t xml:space="preserve"> phương pháp gi</w:t>
      </w:r>
      <w:r w:rsidRPr="0055180F">
        <w:rPr>
          <w:rFonts w:ascii="Times New Roman" w:hAnsi="Times New Roman" w:cs="Times New Roman"/>
          <w:sz w:val="28"/>
          <w:szCs w:val="28"/>
        </w:rPr>
        <w:t>ả</w:t>
      </w:r>
      <w:r w:rsidRPr="0055180F">
        <w:rPr>
          <w:rFonts w:ascii="Times New Roman" w:hAnsi="Times New Roman" w:cs="Times New Roman"/>
          <w:sz w:val="28"/>
          <w:szCs w:val="28"/>
        </w:rPr>
        <w:t>ng d</w:t>
      </w:r>
      <w:r w:rsidRPr="0055180F">
        <w:rPr>
          <w:rFonts w:ascii="Times New Roman" w:hAnsi="Times New Roman" w:cs="Times New Roman"/>
          <w:sz w:val="28"/>
          <w:szCs w:val="28"/>
        </w:rPr>
        <w:t>ạ</w:t>
      </w:r>
      <w:r w:rsidRPr="0055180F">
        <w:rPr>
          <w:rFonts w:ascii="Times New Roman" w:hAnsi="Times New Roman" w:cs="Times New Roman"/>
          <w:sz w:val="28"/>
          <w:szCs w:val="28"/>
        </w:rPr>
        <w:t>y, t</w:t>
      </w:r>
      <w:r w:rsidRPr="0055180F">
        <w:rPr>
          <w:rFonts w:ascii="Times New Roman" w:hAnsi="Times New Roman" w:cs="Times New Roman"/>
          <w:sz w:val="28"/>
          <w:szCs w:val="28"/>
        </w:rPr>
        <w:t>ừ</w:t>
      </w:r>
      <w:r w:rsidRPr="0055180F">
        <w:rPr>
          <w:rFonts w:ascii="Times New Roman" w:hAnsi="Times New Roman" w:cs="Times New Roman"/>
          <w:sz w:val="28"/>
          <w:szCs w:val="28"/>
        </w:rPr>
        <w:t xml:space="preserve"> đó nâng cao ch</w:t>
      </w:r>
      <w:r w:rsidRPr="0055180F">
        <w:rPr>
          <w:rFonts w:ascii="Times New Roman" w:hAnsi="Times New Roman" w:cs="Times New Roman"/>
          <w:sz w:val="28"/>
          <w:szCs w:val="28"/>
        </w:rPr>
        <w:t>ấ</w:t>
      </w:r>
      <w:r w:rsidRPr="0055180F">
        <w:rPr>
          <w:rFonts w:ascii="Times New Roman" w:hAnsi="Times New Roman" w:cs="Times New Roman"/>
          <w:sz w:val="28"/>
          <w:szCs w:val="28"/>
        </w:rPr>
        <w:t>t lư</w:t>
      </w:r>
      <w:r w:rsidRPr="0055180F">
        <w:rPr>
          <w:rFonts w:ascii="Times New Roman" w:hAnsi="Times New Roman" w:cs="Times New Roman"/>
          <w:sz w:val="28"/>
          <w:szCs w:val="28"/>
        </w:rPr>
        <w:t>ợ</w:t>
      </w:r>
      <w:r w:rsidRPr="0055180F">
        <w:rPr>
          <w:rFonts w:ascii="Times New Roman" w:hAnsi="Times New Roman" w:cs="Times New Roman"/>
          <w:sz w:val="28"/>
          <w:szCs w:val="28"/>
        </w:rPr>
        <w:t>ng d</w:t>
      </w:r>
      <w:r w:rsidRPr="0055180F">
        <w:rPr>
          <w:rFonts w:ascii="Times New Roman" w:hAnsi="Times New Roman" w:cs="Times New Roman"/>
          <w:sz w:val="28"/>
          <w:szCs w:val="28"/>
        </w:rPr>
        <w:t>ạ</w:t>
      </w:r>
      <w:r w:rsidRPr="0055180F">
        <w:rPr>
          <w:rFonts w:ascii="Times New Roman" w:hAnsi="Times New Roman" w:cs="Times New Roman"/>
          <w:sz w:val="28"/>
          <w:szCs w:val="28"/>
        </w:rPr>
        <w:t>y h</w:t>
      </w:r>
      <w:r w:rsidRPr="0055180F">
        <w:rPr>
          <w:rFonts w:ascii="Times New Roman" w:hAnsi="Times New Roman" w:cs="Times New Roman"/>
          <w:sz w:val="28"/>
          <w:szCs w:val="28"/>
        </w:rPr>
        <w:t>ọ</w:t>
      </w:r>
      <w:r w:rsidRPr="0055180F">
        <w:rPr>
          <w:rFonts w:ascii="Times New Roman" w:hAnsi="Times New Roman" w:cs="Times New Roman"/>
          <w:sz w:val="28"/>
          <w:szCs w:val="28"/>
        </w:rPr>
        <w:t>c môn Ti</w:t>
      </w:r>
      <w:r w:rsidRPr="0055180F">
        <w:rPr>
          <w:rFonts w:ascii="Times New Roman" w:hAnsi="Times New Roman" w:cs="Times New Roman"/>
          <w:sz w:val="28"/>
          <w:szCs w:val="28"/>
        </w:rPr>
        <w:t>ế</w:t>
      </w:r>
      <w:r w:rsidRPr="0055180F">
        <w:rPr>
          <w:rFonts w:ascii="Times New Roman" w:hAnsi="Times New Roman" w:cs="Times New Roman"/>
          <w:sz w:val="28"/>
          <w:szCs w:val="28"/>
        </w:rPr>
        <w:t>ng Vi</w:t>
      </w:r>
      <w:r w:rsidRPr="0055180F">
        <w:rPr>
          <w:rFonts w:ascii="Times New Roman" w:hAnsi="Times New Roman" w:cs="Times New Roman"/>
          <w:sz w:val="28"/>
          <w:szCs w:val="28"/>
        </w:rPr>
        <w:t>ệ</w:t>
      </w:r>
      <w:r w:rsidRPr="0055180F">
        <w:rPr>
          <w:rFonts w:ascii="Times New Roman" w:hAnsi="Times New Roman" w:cs="Times New Roman"/>
          <w:sz w:val="28"/>
          <w:szCs w:val="28"/>
        </w:rPr>
        <w:t>t nói riêng và các môn h</w:t>
      </w:r>
      <w:r w:rsidRPr="0055180F">
        <w:rPr>
          <w:rFonts w:ascii="Times New Roman" w:hAnsi="Times New Roman" w:cs="Times New Roman"/>
          <w:sz w:val="28"/>
          <w:szCs w:val="28"/>
        </w:rPr>
        <w:t>ọ</w:t>
      </w:r>
      <w:r w:rsidRPr="0055180F">
        <w:rPr>
          <w:rFonts w:ascii="Times New Roman" w:hAnsi="Times New Roman" w:cs="Times New Roman"/>
          <w:sz w:val="28"/>
          <w:szCs w:val="28"/>
        </w:rPr>
        <w:t>c khác nói chung.</w:t>
      </w:r>
    </w:p>
    <w:p w:rsidR="008E1EA9" w:rsidRPr="0055180F" w:rsidRDefault="009D5133">
      <w:pPr>
        <w:rPr>
          <w:rFonts w:ascii="Times New Roman" w:hAnsi="Times New Roman" w:cs="Times New Roman"/>
          <w:sz w:val="28"/>
          <w:szCs w:val="28"/>
        </w:rPr>
      </w:pPr>
      <w:r w:rsidRPr="0055180F">
        <w:rPr>
          <w:rFonts w:ascii="Times New Roman" w:hAnsi="Times New Roman" w:cs="Times New Roman"/>
          <w:sz w:val="28"/>
          <w:szCs w:val="28"/>
        </w:rPr>
        <w:t>K</w:t>
      </w:r>
      <w:r w:rsidRPr="0055180F">
        <w:rPr>
          <w:rFonts w:ascii="Times New Roman" w:hAnsi="Times New Roman" w:cs="Times New Roman"/>
          <w:sz w:val="28"/>
          <w:szCs w:val="28"/>
        </w:rPr>
        <w:t>ế</w:t>
      </w:r>
      <w:r w:rsidRPr="0055180F">
        <w:rPr>
          <w:rFonts w:ascii="Times New Roman" w:hAnsi="Times New Roman" w:cs="Times New Roman"/>
          <w:sz w:val="28"/>
          <w:szCs w:val="28"/>
        </w:rPr>
        <w:t>t thúc bu</w:t>
      </w:r>
      <w:r w:rsidRPr="0055180F">
        <w:rPr>
          <w:rFonts w:ascii="Times New Roman" w:hAnsi="Times New Roman" w:cs="Times New Roman"/>
          <w:sz w:val="28"/>
          <w:szCs w:val="28"/>
        </w:rPr>
        <w:t>ổ</w:t>
      </w:r>
      <w:r w:rsidRPr="0055180F">
        <w:rPr>
          <w:rFonts w:ascii="Times New Roman" w:hAnsi="Times New Roman" w:cs="Times New Roman"/>
          <w:sz w:val="28"/>
          <w:szCs w:val="28"/>
        </w:rPr>
        <w:t>i chuyên đ</w:t>
      </w:r>
      <w:r w:rsidRPr="0055180F">
        <w:rPr>
          <w:rFonts w:ascii="Times New Roman" w:hAnsi="Times New Roman" w:cs="Times New Roman"/>
          <w:sz w:val="28"/>
          <w:szCs w:val="28"/>
        </w:rPr>
        <w:t>ề</w:t>
      </w:r>
      <w:r w:rsidRPr="0055180F">
        <w:rPr>
          <w:rFonts w:ascii="Times New Roman" w:hAnsi="Times New Roman" w:cs="Times New Roman"/>
          <w:sz w:val="28"/>
          <w:szCs w:val="28"/>
        </w:rPr>
        <w:t>, Ban giám hi</w:t>
      </w:r>
      <w:r w:rsidRPr="0055180F">
        <w:rPr>
          <w:rFonts w:ascii="Times New Roman" w:hAnsi="Times New Roman" w:cs="Times New Roman"/>
          <w:sz w:val="28"/>
          <w:szCs w:val="28"/>
        </w:rPr>
        <w:t>ệ</w:t>
      </w:r>
      <w:r w:rsidRPr="0055180F">
        <w:rPr>
          <w:rFonts w:ascii="Times New Roman" w:hAnsi="Times New Roman" w:cs="Times New Roman"/>
          <w:sz w:val="28"/>
          <w:szCs w:val="28"/>
        </w:rPr>
        <w:t>u đánh giá cao tinh th</w:t>
      </w:r>
      <w:r w:rsidRPr="0055180F">
        <w:rPr>
          <w:rFonts w:ascii="Times New Roman" w:hAnsi="Times New Roman" w:cs="Times New Roman"/>
          <w:sz w:val="28"/>
          <w:szCs w:val="28"/>
        </w:rPr>
        <w:t>ầ</w:t>
      </w:r>
      <w:r w:rsidRPr="0055180F">
        <w:rPr>
          <w:rFonts w:ascii="Times New Roman" w:hAnsi="Times New Roman" w:cs="Times New Roman"/>
          <w:sz w:val="28"/>
          <w:szCs w:val="28"/>
        </w:rPr>
        <w:t>n chu</w:t>
      </w:r>
      <w:r w:rsidRPr="0055180F">
        <w:rPr>
          <w:rFonts w:ascii="Times New Roman" w:hAnsi="Times New Roman" w:cs="Times New Roman"/>
          <w:sz w:val="28"/>
          <w:szCs w:val="28"/>
        </w:rPr>
        <w:t>ẩ</w:t>
      </w:r>
      <w:r w:rsidRPr="0055180F">
        <w:rPr>
          <w:rFonts w:ascii="Times New Roman" w:hAnsi="Times New Roman" w:cs="Times New Roman"/>
          <w:sz w:val="28"/>
          <w:szCs w:val="28"/>
        </w:rPr>
        <w:t>n b</w:t>
      </w:r>
      <w:r w:rsidRPr="0055180F">
        <w:rPr>
          <w:rFonts w:ascii="Times New Roman" w:hAnsi="Times New Roman" w:cs="Times New Roman"/>
          <w:sz w:val="28"/>
          <w:szCs w:val="28"/>
        </w:rPr>
        <w:t>ị</w:t>
      </w:r>
      <w:r w:rsidRPr="0055180F">
        <w:rPr>
          <w:rFonts w:ascii="Times New Roman" w:hAnsi="Times New Roman" w:cs="Times New Roman"/>
          <w:sz w:val="28"/>
          <w:szCs w:val="28"/>
        </w:rPr>
        <w:t>, s</w:t>
      </w:r>
      <w:r w:rsidRPr="0055180F">
        <w:rPr>
          <w:rFonts w:ascii="Times New Roman" w:hAnsi="Times New Roman" w:cs="Times New Roman"/>
          <w:sz w:val="28"/>
          <w:szCs w:val="28"/>
        </w:rPr>
        <w:t>ự</w:t>
      </w:r>
      <w:r w:rsidRPr="0055180F">
        <w:rPr>
          <w:rFonts w:ascii="Times New Roman" w:hAnsi="Times New Roman" w:cs="Times New Roman"/>
          <w:sz w:val="28"/>
          <w:szCs w:val="28"/>
        </w:rPr>
        <w:t xml:space="preserve"> sáng t</w:t>
      </w:r>
      <w:r w:rsidRPr="0055180F">
        <w:rPr>
          <w:rFonts w:ascii="Times New Roman" w:hAnsi="Times New Roman" w:cs="Times New Roman"/>
          <w:sz w:val="28"/>
          <w:szCs w:val="28"/>
        </w:rPr>
        <w:t>ạ</w:t>
      </w:r>
      <w:r w:rsidRPr="0055180F">
        <w:rPr>
          <w:rFonts w:ascii="Times New Roman" w:hAnsi="Times New Roman" w:cs="Times New Roman"/>
          <w:sz w:val="28"/>
          <w:szCs w:val="28"/>
        </w:rPr>
        <w:t>o c</w:t>
      </w:r>
      <w:r w:rsidRPr="0055180F">
        <w:rPr>
          <w:rFonts w:ascii="Times New Roman" w:hAnsi="Times New Roman" w:cs="Times New Roman"/>
          <w:sz w:val="28"/>
          <w:szCs w:val="28"/>
        </w:rPr>
        <w:t>ủ</w:t>
      </w:r>
      <w:r w:rsidRPr="0055180F">
        <w:rPr>
          <w:rFonts w:ascii="Times New Roman" w:hAnsi="Times New Roman" w:cs="Times New Roman"/>
          <w:sz w:val="28"/>
          <w:szCs w:val="28"/>
        </w:rPr>
        <w:t>a giáo viên, đ</w:t>
      </w:r>
      <w:r w:rsidRPr="0055180F">
        <w:rPr>
          <w:rFonts w:ascii="Times New Roman" w:hAnsi="Times New Roman" w:cs="Times New Roman"/>
          <w:sz w:val="28"/>
          <w:szCs w:val="28"/>
        </w:rPr>
        <w:t>ồ</w:t>
      </w:r>
      <w:r w:rsidRPr="0055180F">
        <w:rPr>
          <w:rFonts w:ascii="Times New Roman" w:hAnsi="Times New Roman" w:cs="Times New Roman"/>
          <w:sz w:val="28"/>
          <w:szCs w:val="28"/>
        </w:rPr>
        <w:t>ng th</w:t>
      </w:r>
      <w:r w:rsidRPr="0055180F">
        <w:rPr>
          <w:rFonts w:ascii="Times New Roman" w:hAnsi="Times New Roman" w:cs="Times New Roman"/>
          <w:sz w:val="28"/>
          <w:szCs w:val="28"/>
        </w:rPr>
        <w:t>ờ</w:t>
      </w:r>
      <w:r w:rsidRPr="0055180F">
        <w:rPr>
          <w:rFonts w:ascii="Times New Roman" w:hAnsi="Times New Roman" w:cs="Times New Roman"/>
          <w:sz w:val="28"/>
          <w:szCs w:val="28"/>
        </w:rPr>
        <w:t>i nh</w:t>
      </w:r>
      <w:r w:rsidRPr="0055180F">
        <w:rPr>
          <w:rFonts w:ascii="Times New Roman" w:hAnsi="Times New Roman" w:cs="Times New Roman"/>
          <w:sz w:val="28"/>
          <w:szCs w:val="28"/>
        </w:rPr>
        <w:t>ấ</w:t>
      </w:r>
      <w:r w:rsidRPr="0055180F">
        <w:rPr>
          <w:rFonts w:ascii="Times New Roman" w:hAnsi="Times New Roman" w:cs="Times New Roman"/>
          <w:sz w:val="28"/>
          <w:szCs w:val="28"/>
        </w:rPr>
        <w:t>n m</w:t>
      </w:r>
      <w:r w:rsidRPr="0055180F">
        <w:rPr>
          <w:rFonts w:ascii="Times New Roman" w:hAnsi="Times New Roman" w:cs="Times New Roman"/>
          <w:sz w:val="28"/>
          <w:szCs w:val="28"/>
        </w:rPr>
        <w:t>ạ</w:t>
      </w:r>
      <w:r w:rsidRPr="0055180F">
        <w:rPr>
          <w:rFonts w:ascii="Times New Roman" w:hAnsi="Times New Roman" w:cs="Times New Roman"/>
          <w:sz w:val="28"/>
          <w:szCs w:val="28"/>
        </w:rPr>
        <w:t>nh ý nghĩa thi</w:t>
      </w:r>
      <w:r w:rsidRPr="0055180F">
        <w:rPr>
          <w:rFonts w:ascii="Times New Roman" w:hAnsi="Times New Roman" w:cs="Times New Roman"/>
          <w:sz w:val="28"/>
          <w:szCs w:val="28"/>
        </w:rPr>
        <w:t>ế</w:t>
      </w:r>
      <w:r w:rsidRPr="0055180F">
        <w:rPr>
          <w:rFonts w:ascii="Times New Roman" w:hAnsi="Times New Roman" w:cs="Times New Roman"/>
          <w:sz w:val="28"/>
          <w:szCs w:val="28"/>
        </w:rPr>
        <w:t>t th</w:t>
      </w:r>
      <w:r w:rsidRPr="0055180F">
        <w:rPr>
          <w:rFonts w:ascii="Times New Roman" w:hAnsi="Times New Roman" w:cs="Times New Roman"/>
          <w:sz w:val="28"/>
          <w:szCs w:val="28"/>
        </w:rPr>
        <w:t>ự</w:t>
      </w:r>
      <w:r w:rsidRPr="0055180F">
        <w:rPr>
          <w:rFonts w:ascii="Times New Roman" w:hAnsi="Times New Roman" w:cs="Times New Roman"/>
          <w:sz w:val="28"/>
          <w:szCs w:val="28"/>
        </w:rPr>
        <w:t>c c</w:t>
      </w:r>
      <w:r w:rsidRPr="0055180F">
        <w:rPr>
          <w:rFonts w:ascii="Times New Roman" w:hAnsi="Times New Roman" w:cs="Times New Roman"/>
          <w:sz w:val="28"/>
          <w:szCs w:val="28"/>
        </w:rPr>
        <w:t>ủ</w:t>
      </w:r>
      <w:r w:rsidRPr="0055180F">
        <w:rPr>
          <w:rFonts w:ascii="Times New Roman" w:hAnsi="Times New Roman" w:cs="Times New Roman"/>
          <w:sz w:val="28"/>
          <w:szCs w:val="28"/>
        </w:rPr>
        <w:t>a vi</w:t>
      </w:r>
      <w:r w:rsidRPr="0055180F">
        <w:rPr>
          <w:rFonts w:ascii="Times New Roman" w:hAnsi="Times New Roman" w:cs="Times New Roman"/>
          <w:sz w:val="28"/>
          <w:szCs w:val="28"/>
        </w:rPr>
        <w:t>ệ</w:t>
      </w:r>
      <w:r w:rsidRPr="0055180F">
        <w:rPr>
          <w:rFonts w:ascii="Times New Roman" w:hAnsi="Times New Roman" w:cs="Times New Roman"/>
          <w:sz w:val="28"/>
          <w:szCs w:val="28"/>
        </w:rPr>
        <w:t>c l</w:t>
      </w:r>
      <w:r w:rsidRPr="0055180F">
        <w:rPr>
          <w:rFonts w:ascii="Times New Roman" w:hAnsi="Times New Roman" w:cs="Times New Roman"/>
          <w:sz w:val="28"/>
          <w:szCs w:val="28"/>
        </w:rPr>
        <w:t>ồ</w:t>
      </w:r>
      <w:r w:rsidRPr="0055180F">
        <w:rPr>
          <w:rFonts w:ascii="Times New Roman" w:hAnsi="Times New Roman" w:cs="Times New Roman"/>
          <w:sz w:val="28"/>
          <w:szCs w:val="28"/>
        </w:rPr>
        <w:t>ng ghép giáo d</w:t>
      </w:r>
      <w:r w:rsidRPr="0055180F">
        <w:rPr>
          <w:rFonts w:ascii="Times New Roman" w:hAnsi="Times New Roman" w:cs="Times New Roman"/>
          <w:sz w:val="28"/>
          <w:szCs w:val="28"/>
        </w:rPr>
        <w:t>ụ</w:t>
      </w:r>
      <w:r w:rsidRPr="0055180F">
        <w:rPr>
          <w:rFonts w:ascii="Times New Roman" w:hAnsi="Times New Roman" w:cs="Times New Roman"/>
          <w:sz w:val="28"/>
          <w:szCs w:val="28"/>
        </w:rPr>
        <w:t>c k</w:t>
      </w:r>
      <w:r w:rsidRPr="0055180F">
        <w:rPr>
          <w:rFonts w:ascii="Times New Roman" w:hAnsi="Times New Roman" w:cs="Times New Roman"/>
          <w:sz w:val="28"/>
          <w:szCs w:val="28"/>
        </w:rPr>
        <w:t>ỹ</w:t>
      </w:r>
      <w:r w:rsidRPr="0055180F">
        <w:rPr>
          <w:rFonts w:ascii="Times New Roman" w:hAnsi="Times New Roman" w:cs="Times New Roman"/>
          <w:sz w:val="28"/>
          <w:szCs w:val="28"/>
        </w:rPr>
        <w:t xml:space="preserve"> năng s</w:t>
      </w:r>
      <w:r w:rsidRPr="0055180F">
        <w:rPr>
          <w:rFonts w:ascii="Times New Roman" w:hAnsi="Times New Roman" w:cs="Times New Roman"/>
          <w:sz w:val="28"/>
          <w:szCs w:val="28"/>
        </w:rPr>
        <w:t>ố</w:t>
      </w:r>
      <w:r w:rsidRPr="0055180F">
        <w:rPr>
          <w:rFonts w:ascii="Times New Roman" w:hAnsi="Times New Roman" w:cs="Times New Roman"/>
          <w:sz w:val="28"/>
          <w:szCs w:val="28"/>
        </w:rPr>
        <w:t>ng, ATGT vào các môn h</w:t>
      </w:r>
      <w:r w:rsidRPr="0055180F">
        <w:rPr>
          <w:rFonts w:ascii="Times New Roman" w:hAnsi="Times New Roman" w:cs="Times New Roman"/>
          <w:sz w:val="28"/>
          <w:szCs w:val="28"/>
        </w:rPr>
        <w:t>ọ</w:t>
      </w:r>
      <w:r w:rsidRPr="0055180F">
        <w:rPr>
          <w:rFonts w:ascii="Times New Roman" w:hAnsi="Times New Roman" w:cs="Times New Roman"/>
          <w:sz w:val="28"/>
          <w:szCs w:val="28"/>
        </w:rPr>
        <w:t>c. Đây s</w:t>
      </w:r>
      <w:r w:rsidRPr="0055180F">
        <w:rPr>
          <w:rFonts w:ascii="Times New Roman" w:hAnsi="Times New Roman" w:cs="Times New Roman"/>
          <w:sz w:val="28"/>
          <w:szCs w:val="28"/>
        </w:rPr>
        <w:t>ẽ</w:t>
      </w:r>
      <w:r w:rsidRPr="0055180F">
        <w:rPr>
          <w:rFonts w:ascii="Times New Roman" w:hAnsi="Times New Roman" w:cs="Times New Roman"/>
          <w:sz w:val="28"/>
          <w:szCs w:val="28"/>
        </w:rPr>
        <w:t xml:space="preserve"> là cơ s</w:t>
      </w:r>
      <w:r w:rsidRPr="0055180F">
        <w:rPr>
          <w:rFonts w:ascii="Times New Roman" w:hAnsi="Times New Roman" w:cs="Times New Roman"/>
          <w:sz w:val="28"/>
          <w:szCs w:val="28"/>
        </w:rPr>
        <w:t>ở</w:t>
      </w:r>
      <w:r w:rsidRPr="0055180F">
        <w:rPr>
          <w:rFonts w:ascii="Times New Roman" w:hAnsi="Times New Roman" w:cs="Times New Roman"/>
          <w:sz w:val="28"/>
          <w:szCs w:val="28"/>
        </w:rPr>
        <w:t xml:space="preserve"> đ</w:t>
      </w:r>
      <w:r w:rsidRPr="0055180F">
        <w:rPr>
          <w:rFonts w:ascii="Times New Roman" w:hAnsi="Times New Roman" w:cs="Times New Roman"/>
          <w:sz w:val="28"/>
          <w:szCs w:val="28"/>
        </w:rPr>
        <w:t>ể</w:t>
      </w:r>
      <w:r w:rsidRPr="0055180F">
        <w:rPr>
          <w:rFonts w:ascii="Times New Roman" w:hAnsi="Times New Roman" w:cs="Times New Roman"/>
          <w:sz w:val="28"/>
          <w:szCs w:val="28"/>
        </w:rPr>
        <w:t xml:space="preserve"> nhân r</w:t>
      </w:r>
      <w:r w:rsidRPr="0055180F">
        <w:rPr>
          <w:rFonts w:ascii="Times New Roman" w:hAnsi="Times New Roman" w:cs="Times New Roman"/>
          <w:sz w:val="28"/>
          <w:szCs w:val="28"/>
        </w:rPr>
        <w:t>ộ</w:t>
      </w:r>
      <w:r w:rsidRPr="0055180F">
        <w:rPr>
          <w:rFonts w:ascii="Times New Roman" w:hAnsi="Times New Roman" w:cs="Times New Roman"/>
          <w:sz w:val="28"/>
          <w:szCs w:val="28"/>
        </w:rPr>
        <w:t>ng, tri</w:t>
      </w:r>
      <w:r w:rsidRPr="0055180F">
        <w:rPr>
          <w:rFonts w:ascii="Times New Roman" w:hAnsi="Times New Roman" w:cs="Times New Roman"/>
          <w:sz w:val="28"/>
          <w:szCs w:val="28"/>
        </w:rPr>
        <w:t>ể</w:t>
      </w:r>
      <w:r w:rsidRPr="0055180F">
        <w:rPr>
          <w:rFonts w:ascii="Times New Roman" w:hAnsi="Times New Roman" w:cs="Times New Roman"/>
          <w:sz w:val="28"/>
          <w:szCs w:val="28"/>
        </w:rPr>
        <w:t>n khai hi</w:t>
      </w:r>
      <w:r w:rsidRPr="0055180F">
        <w:rPr>
          <w:rFonts w:ascii="Times New Roman" w:hAnsi="Times New Roman" w:cs="Times New Roman"/>
          <w:sz w:val="28"/>
          <w:szCs w:val="28"/>
        </w:rPr>
        <w:t>ệ</w:t>
      </w:r>
      <w:r w:rsidRPr="0055180F">
        <w:rPr>
          <w:rFonts w:ascii="Times New Roman" w:hAnsi="Times New Roman" w:cs="Times New Roman"/>
          <w:sz w:val="28"/>
          <w:szCs w:val="28"/>
        </w:rPr>
        <w:t>u qu</w:t>
      </w:r>
      <w:r w:rsidRPr="0055180F">
        <w:rPr>
          <w:rFonts w:ascii="Times New Roman" w:hAnsi="Times New Roman" w:cs="Times New Roman"/>
          <w:sz w:val="28"/>
          <w:szCs w:val="28"/>
        </w:rPr>
        <w:t>ả</w:t>
      </w:r>
      <w:r w:rsidRPr="0055180F">
        <w:rPr>
          <w:rFonts w:ascii="Times New Roman" w:hAnsi="Times New Roman" w:cs="Times New Roman"/>
          <w:sz w:val="28"/>
          <w:szCs w:val="28"/>
        </w:rPr>
        <w:t xml:space="preserve"> trong toàn trư</w:t>
      </w:r>
      <w:r w:rsidRPr="0055180F">
        <w:rPr>
          <w:rFonts w:ascii="Times New Roman" w:hAnsi="Times New Roman" w:cs="Times New Roman"/>
          <w:sz w:val="28"/>
          <w:szCs w:val="28"/>
        </w:rPr>
        <w:t>ờ</w:t>
      </w:r>
      <w:r w:rsidRPr="0055180F">
        <w:rPr>
          <w:rFonts w:ascii="Times New Roman" w:hAnsi="Times New Roman" w:cs="Times New Roman"/>
          <w:sz w:val="28"/>
          <w:szCs w:val="28"/>
        </w:rPr>
        <w:t>ng.</w:t>
      </w:r>
    </w:p>
    <w:p w:rsidR="008E1EA9" w:rsidRDefault="009D5133">
      <w:pPr>
        <w:rPr>
          <w:rFonts w:ascii="Times New Roman" w:hAnsi="Times New Roman" w:cs="Times New Roman"/>
          <w:sz w:val="28"/>
          <w:szCs w:val="28"/>
        </w:rPr>
      </w:pPr>
      <w:r w:rsidRPr="0055180F">
        <w:rPr>
          <w:rFonts w:ascii="Times New Roman" w:hAnsi="Times New Roman" w:cs="Times New Roman"/>
          <w:sz w:val="28"/>
          <w:szCs w:val="28"/>
        </w:rPr>
        <w:t>M</w:t>
      </w:r>
      <w:r w:rsidRPr="0055180F">
        <w:rPr>
          <w:rFonts w:ascii="Times New Roman" w:hAnsi="Times New Roman" w:cs="Times New Roman"/>
          <w:sz w:val="28"/>
          <w:szCs w:val="28"/>
        </w:rPr>
        <w:t>ộ</w:t>
      </w:r>
      <w:r w:rsidRPr="0055180F">
        <w:rPr>
          <w:rFonts w:ascii="Times New Roman" w:hAnsi="Times New Roman" w:cs="Times New Roman"/>
          <w:sz w:val="28"/>
          <w:szCs w:val="28"/>
        </w:rPr>
        <w:t>t s</w:t>
      </w:r>
      <w:r w:rsidRPr="0055180F">
        <w:rPr>
          <w:rFonts w:ascii="Times New Roman" w:hAnsi="Times New Roman" w:cs="Times New Roman"/>
          <w:sz w:val="28"/>
          <w:szCs w:val="28"/>
        </w:rPr>
        <w:t>ố</w:t>
      </w:r>
      <w:r w:rsidRPr="0055180F">
        <w:rPr>
          <w:rFonts w:ascii="Times New Roman" w:hAnsi="Times New Roman" w:cs="Times New Roman"/>
          <w:sz w:val="28"/>
          <w:szCs w:val="28"/>
        </w:rPr>
        <w:t xml:space="preserve"> hình </w:t>
      </w:r>
      <w:r w:rsidRPr="0055180F">
        <w:rPr>
          <w:rFonts w:ascii="Times New Roman" w:hAnsi="Times New Roman" w:cs="Times New Roman"/>
          <w:sz w:val="28"/>
          <w:szCs w:val="28"/>
        </w:rPr>
        <w:t>ả</w:t>
      </w:r>
      <w:r w:rsidRPr="0055180F">
        <w:rPr>
          <w:rFonts w:ascii="Times New Roman" w:hAnsi="Times New Roman" w:cs="Times New Roman"/>
          <w:sz w:val="28"/>
          <w:szCs w:val="28"/>
        </w:rPr>
        <w:t>nh t</w:t>
      </w:r>
      <w:r w:rsidRPr="0055180F">
        <w:rPr>
          <w:rFonts w:ascii="Times New Roman" w:hAnsi="Times New Roman" w:cs="Times New Roman"/>
          <w:sz w:val="28"/>
          <w:szCs w:val="28"/>
        </w:rPr>
        <w:t>ạ</w:t>
      </w:r>
      <w:r w:rsidRPr="0055180F">
        <w:rPr>
          <w:rFonts w:ascii="Times New Roman" w:hAnsi="Times New Roman" w:cs="Times New Roman"/>
          <w:sz w:val="28"/>
          <w:szCs w:val="28"/>
        </w:rPr>
        <w:t>i bu</w:t>
      </w:r>
      <w:r w:rsidRPr="0055180F">
        <w:rPr>
          <w:rFonts w:ascii="Times New Roman" w:hAnsi="Times New Roman" w:cs="Times New Roman"/>
          <w:sz w:val="28"/>
          <w:szCs w:val="28"/>
        </w:rPr>
        <w:t>ổ</w:t>
      </w:r>
      <w:r w:rsidRPr="0055180F">
        <w:rPr>
          <w:rFonts w:ascii="Times New Roman" w:hAnsi="Times New Roman" w:cs="Times New Roman"/>
          <w:sz w:val="28"/>
          <w:szCs w:val="28"/>
        </w:rPr>
        <w:t>i chuyên đ</w:t>
      </w:r>
      <w:r w:rsidRPr="0055180F">
        <w:rPr>
          <w:rFonts w:ascii="Times New Roman" w:hAnsi="Times New Roman" w:cs="Times New Roman"/>
          <w:sz w:val="28"/>
          <w:szCs w:val="28"/>
        </w:rPr>
        <w:t>ề</w:t>
      </w:r>
      <w:r w:rsidRPr="0055180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5180F" w:rsidRDefault="005518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Cô giáo Lê Thị Thanh Duyên tư vấn ghép tiếng và hướng dẫn chia sẻ bài ghép tiếng chứa âm đang học</w:t>
      </w:r>
    </w:p>
    <w:p w:rsidR="0055180F" w:rsidRDefault="0055180F">
      <w:pPr>
        <w:rPr>
          <w:rFonts w:ascii="Times New Roman" w:hAnsi="Times New Roman" w:cs="Times New Roman"/>
          <w:sz w:val="28"/>
          <w:szCs w:val="28"/>
        </w:rPr>
      </w:pPr>
      <w:r w:rsidRPr="0055180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722B82B" wp14:editId="6A62FD5D">
            <wp:extent cx="5612130" cy="4204970"/>
            <wp:effectExtent l="0" t="0" r="762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33" w:rsidRDefault="0055180F">
      <w:pPr>
        <w:rPr>
          <w:rFonts w:ascii="Times New Roman" w:hAnsi="Times New Roman" w:cs="Times New Roman"/>
          <w:sz w:val="28"/>
          <w:szCs w:val="28"/>
        </w:rPr>
      </w:pPr>
      <w:r w:rsidRPr="0055180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C786AAF" wp14:editId="461FE734">
            <wp:extent cx="5612130" cy="74828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80F" w:rsidRDefault="009D5133" w:rsidP="009D5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Học sinh phấn khởi khi được học cùng cô giáo</w:t>
      </w:r>
    </w:p>
    <w:p w:rsidR="009D5133" w:rsidRDefault="009D5133" w:rsidP="009D5133">
      <w:pPr>
        <w:rPr>
          <w:rFonts w:ascii="Times New Roman" w:hAnsi="Times New Roman" w:cs="Times New Roman"/>
          <w:sz w:val="28"/>
          <w:szCs w:val="28"/>
        </w:rPr>
      </w:pPr>
      <w:r w:rsidRPr="009D513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74FEB1E" wp14:editId="17AD3063">
            <wp:extent cx="5612130" cy="4204970"/>
            <wp:effectExtent l="0" t="0" r="762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33" w:rsidRDefault="009D5133" w:rsidP="009D5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Học qua đóng vai thật thú vị</w:t>
      </w:r>
    </w:p>
    <w:p w:rsidR="009D5133" w:rsidRPr="009D5133" w:rsidRDefault="009D5133" w:rsidP="009D513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D513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137944E" wp14:editId="4D5190B5">
            <wp:extent cx="5612130" cy="7482840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5133" w:rsidRPr="009D5133" w:rsidSect="0055180F">
      <w:pgSz w:w="12240" w:h="15840"/>
      <w:pgMar w:top="1134" w:right="170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55180F"/>
    <w:rsid w:val="008E1EA9"/>
    <w:rsid w:val="009D5133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2BE091"/>
  <w14:defaultImageDpi w14:val="300"/>
  <w15:docId w15:val="{D4EC7FE1-3443-4217-B266-BA422855F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AEC6F8-C133-4126-A116-944DF10C6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</cp:lastModifiedBy>
  <cp:revision>2</cp:revision>
  <dcterms:created xsi:type="dcterms:W3CDTF">2013-12-23T23:15:00Z</dcterms:created>
  <dcterms:modified xsi:type="dcterms:W3CDTF">2025-09-23T15:21:00Z</dcterms:modified>
  <cp:category/>
</cp:coreProperties>
</file>