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1A5B" w:rsidRDefault="00001A5B" w:rsidP="00001A5B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  <w:r w:rsidRPr="00001A5B">
        <w:rPr>
          <w:rFonts w:ascii="Times New Roman" w:hAnsi="Times New Roman" w:cs="Times New Roman"/>
          <w:color w:val="000000" w:themeColor="text1"/>
        </w:rPr>
        <w:t xml:space="preserve">LỚP 1A3 CHÀO MỪNG NGÀY SÁCH VÀ VĂN HÓA ĐỌC </w:t>
      </w:r>
    </w:p>
    <w:p w:rsidR="00C7757F" w:rsidRPr="00001A5B" w:rsidRDefault="00001A5B" w:rsidP="00001A5B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  <w:r w:rsidRPr="00001A5B">
        <w:rPr>
          <w:rFonts w:ascii="Times New Roman" w:hAnsi="Times New Roman" w:cs="Times New Roman"/>
          <w:color w:val="000000" w:themeColor="text1"/>
        </w:rPr>
        <w:t xml:space="preserve">VIỆT NAM </w:t>
      </w:r>
      <w:r>
        <w:rPr>
          <w:rFonts w:ascii="Times New Roman" w:hAnsi="Times New Roman" w:cs="Times New Roman"/>
          <w:color w:val="000000" w:themeColor="text1"/>
        </w:rPr>
        <w:t>NĂM</w:t>
      </w:r>
      <w:r>
        <w:rPr>
          <w:rFonts w:ascii="Times New Roman" w:hAnsi="Times New Roman" w:cs="Times New Roman"/>
          <w:color w:val="000000" w:themeColor="text1"/>
          <w:lang w:val="vi-VN"/>
        </w:rPr>
        <w:t xml:space="preserve"> </w:t>
      </w:r>
      <w:r w:rsidRPr="00001A5B">
        <w:rPr>
          <w:rFonts w:ascii="Times New Roman" w:hAnsi="Times New Roman" w:cs="Times New Roman"/>
          <w:color w:val="000000" w:themeColor="text1"/>
        </w:rPr>
        <w:t>2025</w:t>
      </w:r>
    </w:p>
    <w:p w:rsidR="00C7757F" w:rsidRPr="00001A5B" w:rsidRDefault="00380528" w:rsidP="00001A5B">
      <w:pPr>
        <w:spacing w:after="0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001A5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1A3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tham gia hoạt động chào mừng Ngày Sách và Văn hóa đọc Việt Nam năm 2025 với nhiều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. Các em học sinh được khơi dậy niềm đam mê đọc sách, phát triển tư duy và tình yêu tri thức. Đây là dịp để lớp 1A3 lan tỏa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điệp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ước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1A5B">
        <w:rPr>
          <w:rFonts w:ascii="Times New Roman" w:hAnsi="Times New Roman" w:cs="Times New Roman"/>
          <w:sz w:val="28"/>
          <w:szCs w:val="28"/>
        </w:rPr>
        <w:t>mơ</w:t>
      </w:r>
      <w:proofErr w:type="spellEnd"/>
      <w:r w:rsidRPr="00001A5B">
        <w:rPr>
          <w:rFonts w:ascii="Times New Roman" w:hAnsi="Times New Roman" w:cs="Times New Roman"/>
          <w:sz w:val="28"/>
          <w:szCs w:val="28"/>
        </w:rPr>
        <w:t>”.</w:t>
      </w:r>
    </w:p>
    <w:p w:rsidR="00001A5B" w:rsidRDefault="00001A5B" w:rsidP="00001A5B">
      <w:pPr>
        <w:spacing w:after="0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Nam 21/4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0528" w:rsidRPr="00001A5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380528" w:rsidRPr="00001A5B">
        <w:rPr>
          <w:rFonts w:ascii="Times New Roman" w:hAnsi="Times New Roman" w:cs="Times New Roman"/>
          <w:sz w:val="28"/>
          <w:szCs w:val="28"/>
        </w:rPr>
        <w:t xml:space="preserve"> 1A3.</w:t>
      </w:r>
    </w:p>
    <w:p w:rsidR="00380528" w:rsidRDefault="0059321E" w:rsidP="00001A5B">
      <w:pPr>
        <w:ind w:firstLine="720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AF6445">
            <wp:extent cx="5487035" cy="5981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598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001A5B" w:rsidRDefault="00001A5B" w:rsidP="00001A5B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001A5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06BDB0" wp14:editId="260AD7DD">
            <wp:extent cx="5486400" cy="7315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A5B" w:rsidRDefault="00001A5B" w:rsidP="00001A5B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001A5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38094E" wp14:editId="5007A7F8">
            <wp:extent cx="5486400" cy="7315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1A5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120CA2" wp14:editId="0CE8C502">
            <wp:extent cx="5486400" cy="7315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A5B" w:rsidRPr="00001A5B" w:rsidRDefault="00001A5B" w:rsidP="00001A5B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001A5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DD0FA0" wp14:editId="77288D2E">
            <wp:extent cx="5486400" cy="7315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1A5B" w:rsidRPr="00001A5B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730"/>
    <w:rsid w:val="00001A5B"/>
    <w:rsid w:val="00034616"/>
    <w:rsid w:val="0006063C"/>
    <w:rsid w:val="0015074B"/>
    <w:rsid w:val="0029639D"/>
    <w:rsid w:val="00326F90"/>
    <w:rsid w:val="00333DE6"/>
    <w:rsid w:val="00380528"/>
    <w:rsid w:val="0059321E"/>
    <w:rsid w:val="00AA1D8D"/>
    <w:rsid w:val="00B47730"/>
    <w:rsid w:val="00BC16CC"/>
    <w:rsid w:val="00C7757F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CFE2DB5B-8DF0-415B-92F8-615CDC5B5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6027B47-90D2-4BCB-97C2-19676222C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75</Words>
  <Characters>432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506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NGUYEN HIEP</cp:lastModifiedBy>
  <cp:revision>2</cp:revision>
  <dcterms:created xsi:type="dcterms:W3CDTF">2025-04-21T02:58:00Z</dcterms:created>
  <dcterms:modified xsi:type="dcterms:W3CDTF">2025-04-21T02:58:00Z</dcterms:modified>
  <cp:category/>
</cp:coreProperties>
</file>