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962" w:rsidRDefault="0061280C">
      <w:pPr>
        <w:jc w:val="center"/>
      </w:pPr>
      <w:r>
        <w:rPr>
          <w:b/>
          <w:sz w:val="36"/>
        </w:rPr>
        <w:t>9C –THANH XUÂN: HÀNH TRÌNH TỪ NGỠ NGÀNG ĐẾN TRƯỞNG THÀNH</w:t>
      </w:r>
    </w:p>
    <w:p w:rsidR="00DB077C" w:rsidRDefault="00DB077C">
      <w:r>
        <w:t xml:space="preserve">          </w:t>
      </w:r>
      <w:bookmarkStart w:id="0" w:name="_GoBack"/>
      <w:bookmarkEnd w:id="0"/>
      <w:r>
        <w:t>Từ những ngày đầu năm học còn nhiều bỡ ngỡ, rụt rè, đến hôm nay khi chặng đường cấp học đang dần khép lại, tập thể 9C đã trưởng thành hơn rất nhiều. Các em đã biết cố gắng trong học tập, nghiêm túc hơn trong nền nếp, biết yêu thương, sẻ chia và cùng nhau vượt qua những khó khăn. Mỗi giờ học, mỗi hoạt động, mỗi kỷ niệm vui buồn đều trở thành dấu ấn đẹp trong hành trình lớn lên của cả lớp. Giờ đây, khi khoảnh khắc chia xa đang đến gần, nhìn lại sự đổi thay của 9C, lòng không khỏi bồi hồi, xúc động và tự hào. Mong rằng những tháng ngày bên nhau sẽ mãi là ký ức trong trẻo, ấm áp, theo các em trên những chặng đường mới phía trước.</w:t>
      </w:r>
    </w:p>
    <w:p w:rsidR="00B44962" w:rsidRDefault="0061280C">
      <w:r>
        <w:rPr>
          <w:b/>
          <w:sz w:val="28"/>
        </w:rPr>
        <w:t>MỞ ĐẦU – NƠI MỌI THỨ BẮT ĐẦU</w:t>
      </w:r>
    </w:p>
    <w:p w:rsidR="00B44962" w:rsidRDefault="0061280C">
      <w:pPr>
        <w:spacing w:after="120"/>
      </w:pPr>
      <w:r>
        <w:t>Ngày đầu tiên bước vào lớp, 9C là những con người xa lạ nhưng dần trở thành một gia đình.</w:t>
      </w:r>
    </w:p>
    <w:p w:rsidR="00B44962" w:rsidRDefault="0061280C">
      <w:pPr>
        <w:jc w:val="center"/>
      </w:pPr>
      <w:r>
        <w:rPr>
          <w:noProof/>
        </w:rPr>
        <w:drawing>
          <wp:inline distT="0" distB="0" distL="0" distR="0">
            <wp:extent cx="5303520" cy="3563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e 4.png"/>
                    <pic:cNvPicPr/>
                  </pic:nvPicPr>
                  <pic:blipFill>
                    <a:blip r:embed="rId6"/>
                    <a:stretch>
                      <a:fillRect/>
                    </a:stretch>
                  </pic:blipFill>
                  <pic:spPr>
                    <a:xfrm>
                      <a:off x="0" y="0"/>
                      <a:ext cx="5303520" cy="3563302"/>
                    </a:xfrm>
                    <a:prstGeom prst="rect">
                      <a:avLst/>
                    </a:prstGeom>
                  </pic:spPr>
                </pic:pic>
              </a:graphicData>
            </a:graphic>
          </wp:inline>
        </w:drawing>
      </w:r>
    </w:p>
    <w:p w:rsidR="00B44962" w:rsidRDefault="0061280C">
      <w:pPr>
        <w:jc w:val="center"/>
      </w:pPr>
      <w:r>
        <w:rPr>
          <w:i/>
        </w:rPr>
        <w:t>Thanh xuân của chúng tôi – nơi mọi kỷ niệm bắt đầu.</w:t>
      </w:r>
    </w:p>
    <w:p w:rsidR="00B44962" w:rsidRDefault="00B44962"/>
    <w:p w:rsidR="00B44962" w:rsidRDefault="0061280C">
      <w:r>
        <w:rPr>
          <w:b/>
          <w:sz w:val="28"/>
        </w:rPr>
        <w:t>NHỮNG NGÀY ĐẦU</w:t>
      </w:r>
    </w:p>
    <w:p w:rsidR="00B44962" w:rsidRDefault="0061280C">
      <w:pPr>
        <w:spacing w:after="120"/>
      </w:pPr>
      <w:r>
        <w:t>Những buổi lao động đầu tiên giúp chúng tôi gắn kết và hiểu nhau hơn.</w:t>
      </w:r>
    </w:p>
    <w:p w:rsidR="00B44962" w:rsidRDefault="0061280C">
      <w:pPr>
        <w:jc w:val="center"/>
      </w:pPr>
      <w:r>
        <w:rPr>
          <w:noProof/>
        </w:rPr>
        <w:lastRenderedPageBreak/>
        <w:drawing>
          <wp:inline distT="0" distB="0" distL="0" distR="0">
            <wp:extent cx="5303520" cy="7071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79408930876_6642345aa12bd786437a12850dc30d9c.jpg"/>
                    <pic:cNvPicPr/>
                  </pic:nvPicPr>
                  <pic:blipFill>
                    <a:blip r:embed="rId7"/>
                    <a:stretch>
                      <a:fillRect/>
                    </a:stretch>
                  </pic:blipFill>
                  <pic:spPr>
                    <a:xfrm>
                      <a:off x="0" y="0"/>
                      <a:ext cx="5303520" cy="7071360"/>
                    </a:xfrm>
                    <a:prstGeom prst="rect">
                      <a:avLst/>
                    </a:prstGeom>
                  </pic:spPr>
                </pic:pic>
              </a:graphicData>
            </a:graphic>
          </wp:inline>
        </w:drawing>
      </w:r>
    </w:p>
    <w:p w:rsidR="00B44962" w:rsidRDefault="0061280C">
      <w:pPr>
        <w:jc w:val="center"/>
      </w:pPr>
      <w:r>
        <w:rPr>
          <w:i/>
        </w:rPr>
        <w:t>Chúng tôi bắt đầu từ những điều giản dị.</w:t>
      </w:r>
    </w:p>
    <w:p w:rsidR="00B44962" w:rsidRDefault="00B44962"/>
    <w:p w:rsidR="00B44962" w:rsidRDefault="0061280C">
      <w:r>
        <w:rPr>
          <w:b/>
          <w:sz w:val="28"/>
        </w:rPr>
        <w:t>LỚP HỌC</w:t>
      </w:r>
    </w:p>
    <w:p w:rsidR="00B44962" w:rsidRDefault="0061280C">
      <w:pPr>
        <w:spacing w:after="120"/>
      </w:pPr>
      <w:r>
        <w:lastRenderedPageBreak/>
        <w:t>Mỗi giờ học là một hành trình trưởng thành.</w:t>
      </w:r>
    </w:p>
    <w:p w:rsidR="00B44962" w:rsidRDefault="0061280C">
      <w:pPr>
        <w:jc w:val="center"/>
      </w:pPr>
      <w:r>
        <w:rPr>
          <w:noProof/>
        </w:rPr>
        <w:drawing>
          <wp:inline distT="0" distB="0" distL="0" distR="0">
            <wp:extent cx="5303520" cy="7071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79408936499_a090c64cc14595f29643fbfd3132cb67 - Copy.jpg"/>
                    <pic:cNvPicPr/>
                  </pic:nvPicPr>
                  <pic:blipFill>
                    <a:blip r:embed="rId8"/>
                    <a:stretch>
                      <a:fillRect/>
                    </a:stretch>
                  </pic:blipFill>
                  <pic:spPr>
                    <a:xfrm>
                      <a:off x="0" y="0"/>
                      <a:ext cx="5303520" cy="7071360"/>
                    </a:xfrm>
                    <a:prstGeom prst="rect">
                      <a:avLst/>
                    </a:prstGeom>
                  </pic:spPr>
                </pic:pic>
              </a:graphicData>
            </a:graphic>
          </wp:inline>
        </w:drawing>
      </w:r>
    </w:p>
    <w:p w:rsidR="00B44962" w:rsidRDefault="0061280C">
      <w:pPr>
        <w:jc w:val="center"/>
      </w:pPr>
      <w:r>
        <w:rPr>
          <w:i/>
        </w:rPr>
        <w:t>Mỗi bài học là một bước tiến.</w:t>
      </w:r>
    </w:p>
    <w:p w:rsidR="00B44962" w:rsidRDefault="00B44962"/>
    <w:p w:rsidR="00B44962" w:rsidRDefault="0061280C">
      <w:r>
        <w:rPr>
          <w:b/>
          <w:sz w:val="28"/>
        </w:rPr>
        <w:lastRenderedPageBreak/>
        <w:t>TRANG TRÍ</w:t>
      </w:r>
    </w:p>
    <w:p w:rsidR="00B44962" w:rsidRDefault="0061280C">
      <w:pPr>
        <w:spacing w:after="120"/>
      </w:pPr>
      <w:r>
        <w:t>Chúng tôi biến lớp học thành ngôi nhà thứ hai.</w:t>
      </w:r>
    </w:p>
    <w:p w:rsidR="00B44962" w:rsidRDefault="0061280C">
      <w:pPr>
        <w:jc w:val="center"/>
      </w:pPr>
      <w:r>
        <w:rPr>
          <w:noProof/>
        </w:rPr>
        <w:drawing>
          <wp:inline distT="0" distB="0" distL="0" distR="0">
            <wp:extent cx="5303520" cy="7071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79408946921_35a10356868b115c442990721cd4bd43.jpg"/>
                    <pic:cNvPicPr/>
                  </pic:nvPicPr>
                  <pic:blipFill>
                    <a:blip r:embed="rId9"/>
                    <a:stretch>
                      <a:fillRect/>
                    </a:stretch>
                  </pic:blipFill>
                  <pic:spPr>
                    <a:xfrm>
                      <a:off x="0" y="0"/>
                      <a:ext cx="5303520" cy="7071360"/>
                    </a:xfrm>
                    <a:prstGeom prst="rect">
                      <a:avLst/>
                    </a:prstGeom>
                  </pic:spPr>
                </pic:pic>
              </a:graphicData>
            </a:graphic>
          </wp:inline>
        </w:drawing>
      </w:r>
    </w:p>
    <w:p w:rsidR="00B44962" w:rsidRDefault="0061280C">
      <w:pPr>
        <w:jc w:val="center"/>
      </w:pPr>
      <w:r>
        <w:rPr>
          <w:i/>
        </w:rPr>
        <w:t>Thanh xuân được vẽ bằng chính đôi tay mình.</w:t>
      </w:r>
    </w:p>
    <w:p w:rsidR="00B44962" w:rsidRDefault="00B44962"/>
    <w:p w:rsidR="00B44962" w:rsidRDefault="0061280C">
      <w:r>
        <w:rPr>
          <w:b/>
          <w:sz w:val="28"/>
        </w:rPr>
        <w:t>HEO ĐẤT</w:t>
      </w:r>
    </w:p>
    <w:p w:rsidR="00B44962" w:rsidRDefault="0061280C">
      <w:pPr>
        <w:spacing w:after="120"/>
      </w:pPr>
      <w:r>
        <w:t>Những ước mơ nhỏ bắt đầu từ điều nhỏ bé.</w:t>
      </w:r>
    </w:p>
    <w:p w:rsidR="00B44962" w:rsidRDefault="0061280C">
      <w:pPr>
        <w:jc w:val="center"/>
      </w:pPr>
      <w:r>
        <w:rPr>
          <w:noProof/>
        </w:rPr>
        <w:drawing>
          <wp:inline distT="0" distB="0" distL="0" distR="0">
            <wp:extent cx="5303520" cy="7071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79408954292_5da68f562180a5297ba7da84df26fa35 - Copy.jpg"/>
                    <pic:cNvPicPr/>
                  </pic:nvPicPr>
                  <pic:blipFill>
                    <a:blip r:embed="rId10"/>
                    <a:stretch>
                      <a:fillRect/>
                    </a:stretch>
                  </pic:blipFill>
                  <pic:spPr>
                    <a:xfrm>
                      <a:off x="0" y="0"/>
                      <a:ext cx="5303520" cy="7071360"/>
                    </a:xfrm>
                    <a:prstGeom prst="rect">
                      <a:avLst/>
                    </a:prstGeom>
                  </pic:spPr>
                </pic:pic>
              </a:graphicData>
            </a:graphic>
          </wp:inline>
        </w:drawing>
      </w:r>
    </w:p>
    <w:p w:rsidR="00B44962" w:rsidRDefault="0061280C">
      <w:pPr>
        <w:jc w:val="center"/>
      </w:pPr>
      <w:r>
        <w:rPr>
          <w:i/>
        </w:rPr>
        <w:lastRenderedPageBreak/>
        <w:t>Ước mơ được nuôi dưỡng từng ngày.</w:t>
      </w:r>
    </w:p>
    <w:p w:rsidR="00B44962" w:rsidRDefault="00B44962"/>
    <w:p w:rsidR="00B44962" w:rsidRDefault="0061280C">
      <w:r>
        <w:rPr>
          <w:b/>
          <w:sz w:val="28"/>
        </w:rPr>
        <w:t>HOẠT ĐỘNG</w:t>
      </w:r>
    </w:p>
    <w:p w:rsidR="00B44962" w:rsidRDefault="0061280C">
      <w:pPr>
        <w:spacing w:after="120"/>
      </w:pPr>
      <w:r>
        <w:t>Chúng tôi học cách hợp tác và sẻ chia.</w:t>
      </w:r>
    </w:p>
    <w:p w:rsidR="00B44962" w:rsidRDefault="0061280C">
      <w:pPr>
        <w:jc w:val="center"/>
      </w:pPr>
      <w:r>
        <w:rPr>
          <w:noProof/>
        </w:rPr>
        <w:lastRenderedPageBreak/>
        <w:drawing>
          <wp:inline distT="0" distB="0" distL="0" distR="0">
            <wp:extent cx="5303520" cy="7071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79408954700_c0cad239181858f635c60a583dfccdee.jpg"/>
                    <pic:cNvPicPr/>
                  </pic:nvPicPr>
                  <pic:blipFill>
                    <a:blip r:embed="rId11"/>
                    <a:stretch>
                      <a:fillRect/>
                    </a:stretch>
                  </pic:blipFill>
                  <pic:spPr>
                    <a:xfrm>
                      <a:off x="0" y="0"/>
                      <a:ext cx="5303520" cy="7071360"/>
                    </a:xfrm>
                    <a:prstGeom prst="rect">
                      <a:avLst/>
                    </a:prstGeom>
                  </pic:spPr>
                </pic:pic>
              </a:graphicData>
            </a:graphic>
          </wp:inline>
        </w:drawing>
      </w:r>
    </w:p>
    <w:p w:rsidR="00B44962" w:rsidRDefault="0061280C">
      <w:pPr>
        <w:jc w:val="center"/>
      </w:pPr>
      <w:r>
        <w:rPr>
          <w:i/>
        </w:rPr>
        <w:t>Không chỉ học – mà còn trưởng thành.</w:t>
      </w:r>
    </w:p>
    <w:p w:rsidR="00B44962" w:rsidRDefault="00B44962"/>
    <w:p w:rsidR="00B44962" w:rsidRDefault="0061280C">
      <w:r>
        <w:rPr>
          <w:b/>
          <w:sz w:val="28"/>
        </w:rPr>
        <w:t>BẢNG LỚP</w:t>
      </w:r>
    </w:p>
    <w:p w:rsidR="00B44962" w:rsidRDefault="0061280C">
      <w:pPr>
        <w:spacing w:after="120"/>
      </w:pPr>
      <w:r>
        <w:lastRenderedPageBreak/>
        <w:t>Những dòng chữ lưu giữ ký ức.</w:t>
      </w:r>
    </w:p>
    <w:p w:rsidR="00B44962" w:rsidRDefault="0061280C">
      <w:pPr>
        <w:jc w:val="center"/>
      </w:pPr>
      <w:r>
        <w:rPr>
          <w:noProof/>
        </w:rPr>
        <w:drawing>
          <wp:inline distT="0" distB="0" distL="0" distR="0">
            <wp:extent cx="5303520" cy="7071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79408964242_ab7cbb7fbe4e7fdeb923a60412b82b55 - Copy.jpg"/>
                    <pic:cNvPicPr/>
                  </pic:nvPicPr>
                  <pic:blipFill>
                    <a:blip r:embed="rId12"/>
                    <a:stretch>
                      <a:fillRect/>
                    </a:stretch>
                  </pic:blipFill>
                  <pic:spPr>
                    <a:xfrm>
                      <a:off x="0" y="0"/>
                      <a:ext cx="5303520" cy="7071360"/>
                    </a:xfrm>
                    <a:prstGeom prst="rect">
                      <a:avLst/>
                    </a:prstGeom>
                  </pic:spPr>
                </pic:pic>
              </a:graphicData>
            </a:graphic>
          </wp:inline>
        </w:drawing>
      </w:r>
    </w:p>
    <w:p w:rsidR="00B44962" w:rsidRDefault="0061280C">
      <w:pPr>
        <w:jc w:val="center"/>
      </w:pPr>
      <w:r>
        <w:rPr>
          <w:i/>
        </w:rPr>
        <w:t>Dấu vết của thời học trò.</w:t>
      </w:r>
    </w:p>
    <w:p w:rsidR="00B44962" w:rsidRDefault="00B44962"/>
    <w:p w:rsidR="00B44962" w:rsidRDefault="0061280C">
      <w:r>
        <w:rPr>
          <w:b/>
          <w:sz w:val="28"/>
        </w:rPr>
        <w:lastRenderedPageBreak/>
        <w:t>LIÊN HOAN</w:t>
      </w:r>
    </w:p>
    <w:p w:rsidR="00B44962" w:rsidRDefault="0061280C">
      <w:pPr>
        <w:spacing w:after="120"/>
      </w:pPr>
      <w:r>
        <w:t>Những bữa ăn giản dị nhưng ấm áp.</w:t>
      </w:r>
    </w:p>
    <w:p w:rsidR="00B44962" w:rsidRDefault="0061280C">
      <w:pPr>
        <w:jc w:val="center"/>
      </w:pPr>
      <w:r>
        <w:rPr>
          <w:noProof/>
        </w:rPr>
        <w:drawing>
          <wp:inline distT="0" distB="0" distL="0" distR="0">
            <wp:extent cx="5303520" cy="3977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79408971235_282d0bb295d483ea93cc5f3c0c4e91e1 - Copy.jpg"/>
                    <pic:cNvPicPr/>
                  </pic:nvPicPr>
                  <pic:blipFill>
                    <a:blip r:embed="rId13"/>
                    <a:stretch>
                      <a:fillRect/>
                    </a:stretch>
                  </pic:blipFill>
                  <pic:spPr>
                    <a:xfrm>
                      <a:off x="0" y="0"/>
                      <a:ext cx="5303520" cy="3977640"/>
                    </a:xfrm>
                    <a:prstGeom prst="rect">
                      <a:avLst/>
                    </a:prstGeom>
                  </pic:spPr>
                </pic:pic>
              </a:graphicData>
            </a:graphic>
          </wp:inline>
        </w:drawing>
      </w:r>
    </w:p>
    <w:p w:rsidR="00B44962" w:rsidRDefault="0061280C">
      <w:pPr>
        <w:jc w:val="center"/>
      </w:pPr>
      <w:r>
        <w:rPr>
          <w:i/>
        </w:rPr>
        <w:t>Hạnh phúc là ở bên nhau.</w:t>
      </w:r>
    </w:p>
    <w:p w:rsidR="00B44962" w:rsidRDefault="00B44962"/>
    <w:p w:rsidR="00B44962" w:rsidRDefault="0061280C">
      <w:r>
        <w:rPr>
          <w:b/>
          <w:sz w:val="28"/>
        </w:rPr>
        <w:t>HỌC TẬP</w:t>
      </w:r>
    </w:p>
    <w:p w:rsidR="00B44962" w:rsidRDefault="0061280C">
      <w:pPr>
        <w:spacing w:after="120"/>
      </w:pPr>
      <w:r>
        <w:t>Sự cố gắng cho tương lai.</w:t>
      </w:r>
    </w:p>
    <w:p w:rsidR="00B44962" w:rsidRDefault="0061280C">
      <w:pPr>
        <w:jc w:val="center"/>
      </w:pPr>
      <w:r>
        <w:rPr>
          <w:noProof/>
        </w:rPr>
        <w:lastRenderedPageBreak/>
        <w:drawing>
          <wp:inline distT="0" distB="0" distL="0" distR="0">
            <wp:extent cx="5303520" cy="3977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79408981455_914c85ada39f05296edaac048827b8ae - Copy.jpg"/>
                    <pic:cNvPicPr/>
                  </pic:nvPicPr>
                  <pic:blipFill>
                    <a:blip r:embed="rId14"/>
                    <a:stretch>
                      <a:fillRect/>
                    </a:stretch>
                  </pic:blipFill>
                  <pic:spPr>
                    <a:xfrm>
                      <a:off x="0" y="0"/>
                      <a:ext cx="5303520" cy="3977640"/>
                    </a:xfrm>
                    <a:prstGeom prst="rect">
                      <a:avLst/>
                    </a:prstGeom>
                  </pic:spPr>
                </pic:pic>
              </a:graphicData>
            </a:graphic>
          </wp:inline>
        </w:drawing>
      </w:r>
    </w:p>
    <w:p w:rsidR="00B44962" w:rsidRDefault="0061280C">
      <w:pPr>
        <w:jc w:val="center"/>
      </w:pPr>
      <w:r>
        <w:rPr>
          <w:i/>
        </w:rPr>
        <w:t>Những giờ học đáng nhớ.</w:t>
      </w:r>
    </w:p>
    <w:p w:rsidR="00B44962" w:rsidRDefault="00B44962"/>
    <w:p w:rsidR="00B44962" w:rsidRDefault="0061280C">
      <w:r>
        <w:rPr>
          <w:b/>
          <w:sz w:val="28"/>
        </w:rPr>
        <w:t>KHOẢNH KHẮC</w:t>
      </w:r>
    </w:p>
    <w:p w:rsidR="00B44962" w:rsidRDefault="0061280C">
      <w:pPr>
        <w:spacing w:after="120"/>
      </w:pPr>
      <w:r>
        <w:t>Những niềm vui giản đơn.</w:t>
      </w:r>
    </w:p>
    <w:p w:rsidR="00B44962" w:rsidRDefault="0061280C">
      <w:pPr>
        <w:jc w:val="center"/>
      </w:pPr>
      <w:r>
        <w:rPr>
          <w:noProof/>
        </w:rPr>
        <w:lastRenderedPageBreak/>
        <w:drawing>
          <wp:inline distT="0" distB="0" distL="0" distR="0">
            <wp:extent cx="5303520" cy="7071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79408986097_5ef90d26c74985a391bef760bd904c70 - Copy.jpg"/>
                    <pic:cNvPicPr/>
                  </pic:nvPicPr>
                  <pic:blipFill>
                    <a:blip r:embed="rId15"/>
                    <a:stretch>
                      <a:fillRect/>
                    </a:stretch>
                  </pic:blipFill>
                  <pic:spPr>
                    <a:xfrm>
                      <a:off x="0" y="0"/>
                      <a:ext cx="5303520" cy="7071360"/>
                    </a:xfrm>
                    <a:prstGeom prst="rect">
                      <a:avLst/>
                    </a:prstGeom>
                  </pic:spPr>
                </pic:pic>
              </a:graphicData>
            </a:graphic>
          </wp:inline>
        </w:drawing>
      </w:r>
    </w:p>
    <w:p w:rsidR="00B44962" w:rsidRDefault="0061280C">
      <w:pPr>
        <w:jc w:val="center"/>
      </w:pPr>
      <w:r>
        <w:rPr>
          <w:i/>
        </w:rPr>
        <w:t>Cười thật nhiều.</w:t>
      </w:r>
    </w:p>
    <w:p w:rsidR="00B44962" w:rsidRDefault="00B44962"/>
    <w:p w:rsidR="00B44962" w:rsidRDefault="0061280C">
      <w:r>
        <w:rPr>
          <w:b/>
          <w:sz w:val="28"/>
        </w:rPr>
        <w:t>DÃ NGOẠI</w:t>
      </w:r>
    </w:p>
    <w:p w:rsidR="00B44962" w:rsidRDefault="0061280C">
      <w:pPr>
        <w:spacing w:after="120"/>
      </w:pPr>
      <w:r>
        <w:lastRenderedPageBreak/>
        <w:t>Những chuyến đi đáng nhớ.</w:t>
      </w:r>
    </w:p>
    <w:p w:rsidR="00B44962" w:rsidRDefault="0061280C">
      <w:pPr>
        <w:jc w:val="center"/>
      </w:pPr>
      <w:r>
        <w:rPr>
          <w:noProof/>
        </w:rPr>
        <w:drawing>
          <wp:inline distT="0" distB="0" distL="0" distR="0">
            <wp:extent cx="5303520" cy="3977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79408995237_3a2dabaa3773d38fae1ca4c48e664abd.jpg"/>
                    <pic:cNvPicPr/>
                  </pic:nvPicPr>
                  <pic:blipFill>
                    <a:blip r:embed="rId16"/>
                    <a:stretch>
                      <a:fillRect/>
                    </a:stretch>
                  </pic:blipFill>
                  <pic:spPr>
                    <a:xfrm>
                      <a:off x="0" y="0"/>
                      <a:ext cx="5303520" cy="3977640"/>
                    </a:xfrm>
                    <a:prstGeom prst="rect">
                      <a:avLst/>
                    </a:prstGeom>
                  </pic:spPr>
                </pic:pic>
              </a:graphicData>
            </a:graphic>
          </wp:inline>
        </w:drawing>
      </w:r>
    </w:p>
    <w:p w:rsidR="00B44962" w:rsidRDefault="0061280C">
      <w:pPr>
        <w:jc w:val="center"/>
      </w:pPr>
      <w:r>
        <w:rPr>
          <w:i/>
        </w:rPr>
        <w:t>Chuyến xe thanh xuân.</w:t>
      </w:r>
    </w:p>
    <w:p w:rsidR="00B44962" w:rsidRDefault="00B44962"/>
    <w:p w:rsidR="00B44962" w:rsidRDefault="0061280C">
      <w:r>
        <w:rPr>
          <w:b/>
          <w:sz w:val="28"/>
        </w:rPr>
        <w:t>TRẢI NGHIỆM</w:t>
      </w:r>
    </w:p>
    <w:p w:rsidR="00B44962" w:rsidRDefault="0061280C">
      <w:pPr>
        <w:spacing w:after="120"/>
      </w:pPr>
      <w:r>
        <w:t>Thanh xuân ngoài lớp học.</w:t>
      </w:r>
    </w:p>
    <w:p w:rsidR="00B44962" w:rsidRDefault="0061280C">
      <w:pPr>
        <w:jc w:val="center"/>
      </w:pPr>
      <w:r>
        <w:rPr>
          <w:noProof/>
        </w:rPr>
        <w:lastRenderedPageBreak/>
        <w:drawing>
          <wp:inline distT="0" distB="0" distL="0" distR="0">
            <wp:extent cx="5303520" cy="7071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79409019551_a5eab8fba15403f71af9230bee752fe9.jpg"/>
                    <pic:cNvPicPr/>
                  </pic:nvPicPr>
                  <pic:blipFill>
                    <a:blip r:embed="rId17"/>
                    <a:stretch>
                      <a:fillRect/>
                    </a:stretch>
                  </pic:blipFill>
                  <pic:spPr>
                    <a:xfrm>
                      <a:off x="0" y="0"/>
                      <a:ext cx="5303520" cy="7071360"/>
                    </a:xfrm>
                    <a:prstGeom prst="rect">
                      <a:avLst/>
                    </a:prstGeom>
                  </pic:spPr>
                </pic:pic>
              </a:graphicData>
            </a:graphic>
          </wp:inline>
        </w:drawing>
      </w:r>
    </w:p>
    <w:p w:rsidR="00B44962" w:rsidRDefault="0061280C">
      <w:pPr>
        <w:jc w:val="center"/>
      </w:pPr>
      <w:r>
        <w:rPr>
          <w:i/>
        </w:rPr>
        <w:t>Ký ức không thể quên.</w:t>
      </w:r>
    </w:p>
    <w:p w:rsidR="00B44962" w:rsidRDefault="00B44962"/>
    <w:p w:rsidR="00B44962" w:rsidRDefault="0061280C">
      <w:r>
        <w:rPr>
          <w:b/>
          <w:sz w:val="28"/>
        </w:rPr>
        <w:t>HOẠT ĐỘNG NGOÀI</w:t>
      </w:r>
    </w:p>
    <w:p w:rsidR="00B44962" w:rsidRDefault="0061280C">
      <w:pPr>
        <w:spacing w:after="120"/>
      </w:pPr>
      <w:r>
        <w:lastRenderedPageBreak/>
        <w:t>Chúng tôi lớn lên từ trải nghiệm.</w:t>
      </w:r>
    </w:p>
    <w:p w:rsidR="00B44962" w:rsidRDefault="0061280C">
      <w:pPr>
        <w:jc w:val="center"/>
      </w:pPr>
      <w:r>
        <w:rPr>
          <w:noProof/>
        </w:rPr>
        <w:drawing>
          <wp:inline distT="0" distB="0" distL="0" distR="0">
            <wp:extent cx="5303520" cy="7071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79409036575_85a6338005398322967e19f9edaa970b.jpg"/>
                    <pic:cNvPicPr/>
                  </pic:nvPicPr>
                  <pic:blipFill>
                    <a:blip r:embed="rId18"/>
                    <a:stretch>
                      <a:fillRect/>
                    </a:stretch>
                  </pic:blipFill>
                  <pic:spPr>
                    <a:xfrm>
                      <a:off x="0" y="0"/>
                      <a:ext cx="5303520" cy="7071360"/>
                    </a:xfrm>
                    <a:prstGeom prst="rect">
                      <a:avLst/>
                    </a:prstGeom>
                  </pic:spPr>
                </pic:pic>
              </a:graphicData>
            </a:graphic>
          </wp:inline>
        </w:drawing>
      </w:r>
    </w:p>
    <w:p w:rsidR="00B44962" w:rsidRDefault="0061280C">
      <w:pPr>
        <w:jc w:val="center"/>
      </w:pPr>
      <w:r>
        <w:rPr>
          <w:i/>
        </w:rPr>
        <w:t>Trưởng thành từng ngày.</w:t>
      </w:r>
    </w:p>
    <w:p w:rsidR="00B44962" w:rsidRDefault="00B44962"/>
    <w:p w:rsidR="00B44962" w:rsidRDefault="0061280C">
      <w:r>
        <w:rPr>
          <w:b/>
          <w:sz w:val="28"/>
        </w:rPr>
        <w:lastRenderedPageBreak/>
        <w:t>THẦY CÔ</w:t>
      </w:r>
    </w:p>
    <w:p w:rsidR="00B44962" w:rsidRDefault="0061280C">
      <w:pPr>
        <w:spacing w:after="120"/>
      </w:pPr>
      <w:r>
        <w:t>Người đồng hành thầm lặng.</w:t>
      </w:r>
    </w:p>
    <w:p w:rsidR="00B44962" w:rsidRDefault="0061280C">
      <w:pPr>
        <w:jc w:val="center"/>
      </w:pPr>
      <w:r>
        <w:rPr>
          <w:noProof/>
        </w:rPr>
        <w:drawing>
          <wp:inline distT="0" distB="0" distL="0" distR="0">
            <wp:extent cx="5303520" cy="39755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79409048560_eb082bf0ea9feb8767fa994d42c337d9.jpg"/>
                    <pic:cNvPicPr/>
                  </pic:nvPicPr>
                  <pic:blipFill>
                    <a:blip r:embed="rId19"/>
                    <a:stretch>
                      <a:fillRect/>
                    </a:stretch>
                  </pic:blipFill>
                  <pic:spPr>
                    <a:xfrm>
                      <a:off x="0" y="0"/>
                      <a:ext cx="5303520" cy="3975565"/>
                    </a:xfrm>
                    <a:prstGeom prst="rect">
                      <a:avLst/>
                    </a:prstGeom>
                  </pic:spPr>
                </pic:pic>
              </a:graphicData>
            </a:graphic>
          </wp:inline>
        </w:drawing>
      </w:r>
    </w:p>
    <w:p w:rsidR="00B44962" w:rsidRDefault="0061280C">
      <w:pPr>
        <w:jc w:val="center"/>
      </w:pPr>
      <w:r>
        <w:rPr>
          <w:i/>
        </w:rPr>
        <w:t>Luôn có cô bên cạnh.</w:t>
      </w:r>
    </w:p>
    <w:p w:rsidR="00B44962" w:rsidRDefault="00B44962"/>
    <w:p w:rsidR="00B44962" w:rsidRDefault="0061280C">
      <w:r>
        <w:rPr>
          <w:b/>
          <w:sz w:val="28"/>
        </w:rPr>
        <w:t>KẾT</w:t>
      </w:r>
    </w:p>
    <w:p w:rsidR="00B44962" w:rsidRDefault="0061280C">
      <w:pPr>
        <w:spacing w:after="120"/>
      </w:pPr>
      <w:r>
        <w:t>9C – một phần thanh xuân không thể quên.</w:t>
      </w:r>
    </w:p>
    <w:p w:rsidR="00B44962" w:rsidRDefault="0061280C">
      <w:pPr>
        <w:jc w:val="center"/>
      </w:pPr>
      <w:r>
        <w:rPr>
          <w:noProof/>
        </w:rPr>
        <w:lastRenderedPageBreak/>
        <w:drawing>
          <wp:inline distT="0" distB="0" distL="0" distR="0">
            <wp:extent cx="5303520" cy="39755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79409052214_2dcf9f31eb134df9708a322db8306436.jpg"/>
                    <pic:cNvPicPr/>
                  </pic:nvPicPr>
                  <pic:blipFill>
                    <a:blip r:embed="rId20"/>
                    <a:stretch>
                      <a:fillRect/>
                    </a:stretch>
                  </pic:blipFill>
                  <pic:spPr>
                    <a:xfrm>
                      <a:off x="0" y="0"/>
                      <a:ext cx="5303520" cy="3975565"/>
                    </a:xfrm>
                    <a:prstGeom prst="rect">
                      <a:avLst/>
                    </a:prstGeom>
                  </pic:spPr>
                </pic:pic>
              </a:graphicData>
            </a:graphic>
          </wp:inline>
        </w:drawing>
      </w:r>
    </w:p>
    <w:p w:rsidR="00B44962" w:rsidRDefault="0061280C">
      <w:pPr>
        <w:jc w:val="center"/>
      </w:pPr>
      <w:r>
        <w:rPr>
          <w:i/>
        </w:rPr>
        <w:t>Kết thúc để bắt đầu.</w:t>
      </w:r>
    </w:p>
    <w:p w:rsidR="00B44962" w:rsidRDefault="00B44962"/>
    <w:sectPr w:rsidR="00B44962" w:rsidSect="00034616">
      <w:pgSz w:w="12240" w:h="15840"/>
      <w:pgMar w:top="1701"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61280C"/>
    <w:rsid w:val="00AA1D8D"/>
    <w:rsid w:val="00B44962"/>
    <w:rsid w:val="00B47730"/>
    <w:rsid w:val="00CB0664"/>
    <w:rsid w:val="00DB077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C19C63"/>
  <w14:defaultImageDpi w14:val="300"/>
  <w15:docId w15:val="{2704F376-61D9-45F5-AF28-6E2E212A3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E828-68B5-4D7F-89FA-AF5D923B6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291</Words>
  <Characters>1663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Hello</cp:lastModifiedBy>
  <cp:revision>5</cp:revision>
  <dcterms:created xsi:type="dcterms:W3CDTF">2013-12-23T23:15:00Z</dcterms:created>
  <dcterms:modified xsi:type="dcterms:W3CDTF">2026-04-30T16:12:00Z</dcterms:modified>
  <cp:category/>
</cp:coreProperties>
</file>