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39B4C9" w14:textId="77777777" w:rsidR="00746C0F" w:rsidRPr="009E4D98" w:rsidRDefault="00000000">
      <w:pPr>
        <w:jc w:val="center"/>
        <w:rPr>
          <w:rFonts w:ascii="Times New Roman" w:hAnsi="Times New Roman" w:cs="Times New Roman"/>
          <w:b/>
          <w:sz w:val="28"/>
          <w:szCs w:val="28"/>
          <w:lang w:val="vi-VN"/>
        </w:rPr>
      </w:pPr>
      <w:r w:rsidRPr="009E4D98">
        <w:rPr>
          <w:rFonts w:ascii="Times New Roman" w:hAnsi="Times New Roman" w:cs="Times New Roman"/>
          <w:b/>
          <w:sz w:val="28"/>
          <w:szCs w:val="28"/>
        </w:rPr>
        <w:t xml:space="preserve">CHÚC MỪNG KẾT QUẢ KÌ THI </w:t>
      </w:r>
      <w:r w:rsidR="00746C0F" w:rsidRPr="009E4D98">
        <w:rPr>
          <w:rFonts w:ascii="Times New Roman" w:hAnsi="Times New Roman" w:cs="Times New Roman"/>
          <w:b/>
          <w:sz w:val="28"/>
          <w:szCs w:val="28"/>
          <w:lang w:val="vi-VN"/>
        </w:rPr>
        <w:t>HSG</w:t>
      </w:r>
      <w:r w:rsidRPr="009E4D98">
        <w:rPr>
          <w:rFonts w:ascii="Times New Roman" w:hAnsi="Times New Roman" w:cs="Times New Roman"/>
          <w:b/>
          <w:sz w:val="28"/>
          <w:szCs w:val="28"/>
        </w:rPr>
        <w:t xml:space="preserve"> THÀNH PHỐ</w:t>
      </w:r>
      <w:r w:rsidRPr="009E4D98">
        <w:rPr>
          <w:rFonts w:ascii="Times New Roman" w:hAnsi="Times New Roman" w:cs="Times New Roman"/>
          <w:b/>
          <w:sz w:val="28"/>
          <w:szCs w:val="28"/>
        </w:rPr>
        <w:br/>
        <w:t xml:space="preserve">MÔN VẬT LÍ </w:t>
      </w:r>
      <w:r w:rsidR="000A539F" w:rsidRPr="009E4D98">
        <w:rPr>
          <w:rFonts w:ascii="Times New Roman" w:hAnsi="Times New Roman" w:cs="Times New Roman"/>
          <w:b/>
          <w:sz w:val="28"/>
          <w:szCs w:val="28"/>
          <w:lang w:val="vi-VN"/>
        </w:rPr>
        <w:t xml:space="preserve">BẰNG TIẾNG ANH </w:t>
      </w:r>
      <w:r w:rsidR="00746C0F" w:rsidRPr="009E4D98">
        <w:rPr>
          <w:rFonts w:ascii="Times New Roman" w:hAnsi="Times New Roman" w:cs="Times New Roman"/>
          <w:b/>
          <w:sz w:val="28"/>
          <w:szCs w:val="28"/>
        </w:rPr>
        <w:t xml:space="preserve">NĂM HỌC 2025–2026 </w:t>
      </w:r>
    </w:p>
    <w:p w14:paraId="75752299" w14:textId="4C8061EE" w:rsidR="000857B7" w:rsidRPr="009E4D98" w:rsidRDefault="00000000">
      <w:pPr>
        <w:jc w:val="center"/>
        <w:rPr>
          <w:rFonts w:ascii="Times New Roman" w:hAnsi="Times New Roman" w:cs="Times New Roman"/>
          <w:sz w:val="28"/>
          <w:szCs w:val="28"/>
          <w:lang w:val="vi-VN"/>
        </w:rPr>
      </w:pPr>
      <w:r w:rsidRPr="009E4D98">
        <w:rPr>
          <w:rFonts w:ascii="Times New Roman" w:hAnsi="Times New Roman" w:cs="Times New Roman"/>
          <w:b/>
          <w:sz w:val="28"/>
          <w:szCs w:val="28"/>
          <w:lang w:val="vi-VN"/>
        </w:rPr>
        <w:t>CỦA THẦY CÔ VÀ CÁC EM HỌC SINH</w:t>
      </w:r>
    </w:p>
    <w:p w14:paraId="5D01E124" w14:textId="53D16C00" w:rsidR="000857B7" w:rsidRPr="009E4D98" w:rsidRDefault="00000000">
      <w:pPr>
        <w:rPr>
          <w:rFonts w:ascii="Times New Roman" w:hAnsi="Times New Roman" w:cs="Times New Roman"/>
          <w:sz w:val="28"/>
          <w:szCs w:val="28"/>
          <w:lang w:val="vi-VN"/>
        </w:rPr>
      </w:pPr>
      <w:r w:rsidRPr="009E4D98">
        <w:rPr>
          <w:rFonts w:ascii="Times New Roman" w:hAnsi="Times New Roman" w:cs="Times New Roman"/>
          <w:sz w:val="28"/>
          <w:szCs w:val="28"/>
          <w:lang w:val="vi-VN"/>
        </w:rPr>
        <w:t xml:space="preserve">Nhóm chuyên môn Vật lí xin trân trọng thông báo và nhiệt liệt chúc mừng thành tích của đội tuyển học sinh giỏi môn Vật lí – Trường THPT Bạch Đằng </w:t>
      </w:r>
      <w:r w:rsidR="009E4D98" w:rsidRPr="009E4D98">
        <w:rPr>
          <w:rFonts w:ascii="Times New Roman" w:hAnsi="Times New Roman" w:cs="Times New Roman"/>
          <w:sz w:val="28"/>
          <w:szCs w:val="28"/>
          <w:lang w:val="vi-VN"/>
        </w:rPr>
        <w:t>tại kì</w:t>
      </w:r>
      <w:r w:rsidR="009E4D98" w:rsidRPr="009E4D98">
        <w:rPr>
          <w:rFonts w:ascii="Times New Roman" w:hAnsi="Times New Roman" w:cs="Times New Roman"/>
          <w:sz w:val="28"/>
          <w:szCs w:val="28"/>
          <w:lang w:val="vi-VN"/>
        </w:rPr>
        <w:t xml:space="preserve"> thi Học sinh giỏi Thành phố ở các môn Toán và Khoa học Tự nhiên bằng Tiếng Anh</w:t>
      </w:r>
      <w:r w:rsidRPr="009E4D98">
        <w:rPr>
          <w:rFonts w:ascii="Times New Roman" w:hAnsi="Times New Roman" w:cs="Times New Roman"/>
          <w:sz w:val="28"/>
          <w:szCs w:val="28"/>
          <w:lang w:val="vi-VN"/>
        </w:rPr>
        <w:t xml:space="preserve"> vừa qua.</w:t>
      </w:r>
    </w:p>
    <w:p w14:paraId="2C2718EA" w14:textId="77777777" w:rsidR="000857B7" w:rsidRPr="009E4D98" w:rsidRDefault="00000000">
      <w:pPr>
        <w:rPr>
          <w:rFonts w:ascii="Times New Roman" w:hAnsi="Times New Roman" w:cs="Times New Roman"/>
          <w:sz w:val="28"/>
          <w:szCs w:val="28"/>
        </w:rPr>
      </w:pPr>
      <w:r w:rsidRPr="009E4D98">
        <w:rPr>
          <w:rFonts w:ascii="Times New Roman" w:hAnsi="Times New Roman" w:cs="Times New Roman"/>
          <w:b/>
          <w:sz w:val="28"/>
          <w:szCs w:val="28"/>
        </w:rPr>
        <w:t>Kết quả đạt được:</w:t>
      </w:r>
    </w:p>
    <w:p w14:paraId="72F3A5FE" w14:textId="1D862D41" w:rsidR="000857B7" w:rsidRPr="009E4D98" w:rsidRDefault="00000000" w:rsidP="009E4D98">
      <w:pPr>
        <w:pStyle w:val="Duudong"/>
        <w:tabs>
          <w:tab w:val="clear" w:pos="360"/>
          <w:tab w:val="num" w:pos="720"/>
        </w:tabs>
        <w:ind w:left="720"/>
        <w:rPr>
          <w:rFonts w:ascii="Times New Roman" w:hAnsi="Times New Roman" w:cs="Times New Roman"/>
          <w:sz w:val="28"/>
          <w:szCs w:val="28"/>
        </w:rPr>
      </w:pPr>
      <w:r w:rsidRPr="009E4D98">
        <w:rPr>
          <w:rFonts w:ascii="Times New Roman" w:hAnsi="Times New Roman" w:cs="Times New Roman"/>
          <w:sz w:val="28"/>
          <w:szCs w:val="28"/>
        </w:rPr>
        <w:t>03 giải Nhì</w:t>
      </w:r>
    </w:p>
    <w:p w14:paraId="0833EB13" w14:textId="46ADFED3" w:rsidR="000857B7" w:rsidRPr="009E4D98" w:rsidRDefault="00000000" w:rsidP="009E4D98">
      <w:pPr>
        <w:pStyle w:val="Duudong"/>
        <w:numPr>
          <w:ilvl w:val="0"/>
          <w:numId w:val="10"/>
        </w:numPr>
        <w:rPr>
          <w:rFonts w:ascii="Times New Roman" w:hAnsi="Times New Roman" w:cs="Times New Roman"/>
          <w:sz w:val="28"/>
          <w:szCs w:val="28"/>
        </w:rPr>
      </w:pPr>
      <w:r w:rsidRPr="009E4D98">
        <w:rPr>
          <w:rFonts w:ascii="Times New Roman" w:hAnsi="Times New Roman" w:cs="Times New Roman"/>
          <w:sz w:val="28"/>
          <w:szCs w:val="28"/>
        </w:rPr>
        <w:t>01 giải Ba</w:t>
      </w:r>
    </w:p>
    <w:p w14:paraId="4ACDFDA9" w14:textId="4F3481FE" w:rsidR="000857B7" w:rsidRPr="009E4D98" w:rsidRDefault="00000000" w:rsidP="009E4D98">
      <w:pPr>
        <w:pStyle w:val="Duudong"/>
        <w:numPr>
          <w:ilvl w:val="0"/>
          <w:numId w:val="11"/>
        </w:numPr>
        <w:rPr>
          <w:rFonts w:ascii="Times New Roman" w:hAnsi="Times New Roman" w:cs="Times New Roman"/>
          <w:sz w:val="28"/>
          <w:szCs w:val="28"/>
        </w:rPr>
      </w:pPr>
      <w:r w:rsidRPr="009E4D98">
        <w:rPr>
          <w:rFonts w:ascii="Times New Roman" w:hAnsi="Times New Roman" w:cs="Times New Roman"/>
          <w:sz w:val="28"/>
          <w:szCs w:val="28"/>
        </w:rPr>
        <w:t>01 giải Khuyến khích</w:t>
      </w:r>
    </w:p>
    <w:p w14:paraId="5B891A5A" w14:textId="77777777" w:rsidR="000857B7" w:rsidRPr="009E4D98" w:rsidRDefault="00000000">
      <w:pPr>
        <w:rPr>
          <w:rFonts w:ascii="Times New Roman" w:hAnsi="Times New Roman" w:cs="Times New Roman"/>
          <w:sz w:val="28"/>
          <w:szCs w:val="28"/>
        </w:rPr>
      </w:pPr>
      <w:r w:rsidRPr="009E4D98">
        <w:rPr>
          <w:rFonts w:ascii="Times New Roman" w:hAnsi="Times New Roman" w:cs="Times New Roman"/>
          <w:sz w:val="28"/>
          <w:szCs w:val="28"/>
        </w:rPr>
        <w:t>Đây là những thành tích rất đáng tự hào, ghi nhận hành trình nỗ lực không ngừng nghỉ của cả thầy và trò trong suốt thời gian qua. Mỗi giải thưởng không chỉ là một kết quả, mà còn là dấu ấn của sự kiên trì, tinh thần vượt khó và ý chí chinh phục tri thức của các em học sinh trong đội tuyển.</w:t>
      </w:r>
    </w:p>
    <w:p w14:paraId="35C4E65B" w14:textId="77777777" w:rsidR="000857B7" w:rsidRPr="009E4D98" w:rsidRDefault="00000000">
      <w:pPr>
        <w:rPr>
          <w:rFonts w:ascii="Times New Roman" w:hAnsi="Times New Roman" w:cs="Times New Roman"/>
          <w:sz w:val="28"/>
          <w:szCs w:val="28"/>
        </w:rPr>
      </w:pPr>
      <w:r w:rsidRPr="009E4D98">
        <w:rPr>
          <w:rFonts w:ascii="Times New Roman" w:hAnsi="Times New Roman" w:cs="Times New Roman"/>
          <w:sz w:val="28"/>
          <w:szCs w:val="28"/>
        </w:rPr>
        <w:t>Đặc biệt, thành công này được nuôi dưỡng từ tình yêu và niềm đam mê đối với bộ môn Vật lí – một môn học không chỉ đòi hỏi tư duy logic mà còn khơi gợi sự tò mò, khám phá thế giới tự nhiên. Chính niềm say mê ấy đã giúp các em bền bỉ theo đuổi việc học, không ngại thử thách với những bài toán khó, từng bước trưởng thành và khẳng định bản thân.</w:t>
      </w:r>
    </w:p>
    <w:p w14:paraId="5DC60DF8" w14:textId="77777777" w:rsidR="000857B7" w:rsidRPr="009E4D98" w:rsidRDefault="00000000">
      <w:pPr>
        <w:rPr>
          <w:rFonts w:ascii="Times New Roman" w:hAnsi="Times New Roman" w:cs="Times New Roman"/>
          <w:sz w:val="28"/>
          <w:szCs w:val="28"/>
        </w:rPr>
      </w:pPr>
      <w:r w:rsidRPr="009E4D98">
        <w:rPr>
          <w:rFonts w:ascii="Times New Roman" w:hAnsi="Times New Roman" w:cs="Times New Roman"/>
          <w:sz w:val="28"/>
          <w:szCs w:val="28"/>
        </w:rPr>
        <w:t>Trong suốt quá trình ôn luyện, các em đã dành nhiều thời gian, công sức để rèn luyện kiến thức, phát triển tư duy và nâng cao bản lĩnh thi cử. Đó là những buổi học miệt mài, những lần cùng nhau trao đổi, tìm tòi lời giải, là tinh thần học tập nghiêm túc và ý chí không ngừng vươn lên.</w:t>
      </w:r>
    </w:p>
    <w:p w14:paraId="1212C5ED" w14:textId="6486BF79" w:rsidR="000857B7" w:rsidRPr="009E4D98" w:rsidRDefault="000A539F">
      <w:pPr>
        <w:rPr>
          <w:rFonts w:ascii="Times New Roman" w:hAnsi="Times New Roman" w:cs="Times New Roman"/>
          <w:sz w:val="28"/>
          <w:szCs w:val="28"/>
        </w:rPr>
      </w:pPr>
      <w:r w:rsidRPr="009E4D98">
        <w:rPr>
          <w:rFonts w:ascii="Times New Roman" w:hAnsi="Times New Roman" w:cs="Times New Roman"/>
          <w:noProof/>
          <w:sz w:val="28"/>
          <w:szCs w:val="28"/>
        </w:rPr>
        <w:lastRenderedPageBreak/>
        <w:drawing>
          <wp:inline distT="0" distB="0" distL="0" distR="0" wp14:anchorId="206C71AE" wp14:editId="139D68C2">
            <wp:extent cx="5486400" cy="7315200"/>
            <wp:effectExtent l="0" t="0" r="0" b="0"/>
            <wp:docPr id="160708766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087663" name="Hình ảnh 1607087663"/>
                    <pic:cNvPicPr/>
                  </pic:nvPicPr>
                  <pic:blipFill>
                    <a:blip r:embed="rId6"/>
                    <a:stretch>
                      <a:fillRect/>
                    </a:stretch>
                  </pic:blipFill>
                  <pic:spPr>
                    <a:xfrm>
                      <a:off x="0" y="0"/>
                      <a:ext cx="5486400" cy="7315200"/>
                    </a:xfrm>
                    <a:prstGeom prst="rect">
                      <a:avLst/>
                    </a:prstGeom>
                  </pic:spPr>
                </pic:pic>
              </a:graphicData>
            </a:graphic>
          </wp:inline>
        </w:drawing>
      </w:r>
      <w:r w:rsidR="00000000" w:rsidRPr="009E4D98">
        <w:rPr>
          <w:rFonts w:ascii="Times New Roman" w:hAnsi="Times New Roman" w:cs="Times New Roman"/>
          <w:sz w:val="28"/>
          <w:szCs w:val="28"/>
        </w:rPr>
        <w:t xml:space="preserve">Bên cạnh sự cố gắng của học sinh, Nhóm chuyên môn Vật lí cũng trân trọng ghi nhận và biểu dương sự tận tâm, trách nhiệm và nhiệt huyết của các thầy cô giáo trong công tác bồi dưỡng đội tuyển. Sự đồng hành sát sao, sự truyền </w:t>
      </w:r>
      <w:r w:rsidR="00000000" w:rsidRPr="009E4D98">
        <w:rPr>
          <w:rFonts w:ascii="Times New Roman" w:hAnsi="Times New Roman" w:cs="Times New Roman"/>
          <w:sz w:val="28"/>
          <w:szCs w:val="28"/>
        </w:rPr>
        <w:lastRenderedPageBreak/>
        <w:t>cảm hứng và tình yêu nghề của thầy cô chính là nguồn động lực to lớn giúp các em tự tin, bản lĩnh và đạt được những kết quả đáng tự hào hôm nay.</w:t>
      </w:r>
    </w:p>
    <w:p w14:paraId="753FDEF9" w14:textId="77929B49" w:rsidR="000857B7" w:rsidRPr="009E4D98" w:rsidRDefault="00000000">
      <w:pPr>
        <w:rPr>
          <w:rFonts w:ascii="Times New Roman" w:hAnsi="Times New Roman" w:cs="Times New Roman"/>
          <w:sz w:val="28"/>
          <w:szCs w:val="28"/>
          <w:lang w:val="vi-VN"/>
        </w:rPr>
      </w:pPr>
      <w:r w:rsidRPr="009E4D98">
        <w:rPr>
          <w:rFonts w:ascii="Times New Roman" w:hAnsi="Times New Roman" w:cs="Times New Roman"/>
          <w:b/>
          <w:sz w:val="28"/>
          <w:szCs w:val="28"/>
        </w:rPr>
        <w:t>Xin nhiệt liệt chúc mừng các thầy cô giáo và các em học sinh đội tuyển Vật lí Trường THPT Bạch Đằng!</w:t>
      </w:r>
      <w:r w:rsidR="009E4D98" w:rsidRPr="009E4D98">
        <w:rPr>
          <w:rFonts w:ascii="Times New Roman" w:hAnsi="Times New Roman" w:cs="Times New Roman"/>
          <w:b/>
          <w:sz w:val="28"/>
          <w:szCs w:val="28"/>
          <w:lang w:val="vi-VN"/>
        </w:rPr>
        <w:t xml:space="preserve"> </w:t>
      </w:r>
      <w:r w:rsidR="009E4D98" w:rsidRPr="009E4D98">
        <w:rPr>
          <w:rFonts w:ascii="Times New Roman" w:hAnsi="Times New Roman" w:cs="Times New Roman"/>
          <w:noProof/>
          <w:sz w:val="28"/>
          <w:szCs w:val="28"/>
        </w:rPr>
        <w:drawing>
          <wp:inline distT="0" distB="0" distL="0" distR="0" wp14:anchorId="6C62A75B" wp14:editId="47EBE1BC">
            <wp:extent cx="152400" cy="152400"/>
            <wp:effectExtent l="0" t="0" r="0" b="0"/>
            <wp:docPr id="1902485879" name="Hình ảnh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9E4D98" w:rsidRPr="009E4D98">
        <w:rPr>
          <w:rFonts w:ascii="Times New Roman" w:hAnsi="Times New Roman" w:cs="Times New Roman"/>
          <w:noProof/>
          <w:sz w:val="28"/>
          <w:szCs w:val="28"/>
        </w:rPr>
        <w:drawing>
          <wp:inline distT="0" distB="0" distL="0" distR="0" wp14:anchorId="7899C640" wp14:editId="5348B2CF">
            <wp:extent cx="152400" cy="152400"/>
            <wp:effectExtent l="0" t="0" r="0" b="0"/>
            <wp:docPr id="1875281095" name="Hình ảnh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9E4D98" w:rsidRPr="009E4D98">
        <w:rPr>
          <w:rFonts w:ascii="Times New Roman" w:hAnsi="Times New Roman" w:cs="Times New Roman"/>
          <w:noProof/>
          <w:sz w:val="28"/>
          <w:szCs w:val="28"/>
        </w:rPr>
        <w:drawing>
          <wp:inline distT="0" distB="0" distL="0" distR="0" wp14:anchorId="30ECDAAF" wp14:editId="4D921092">
            <wp:extent cx="152400" cy="152400"/>
            <wp:effectExtent l="0" t="0" r="0" b="0"/>
            <wp:docPr id="1582353206" name="Hình ảnh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2E59FA68" w14:textId="77777777" w:rsidR="000857B7" w:rsidRPr="009E4D98" w:rsidRDefault="00000000">
      <w:pPr>
        <w:rPr>
          <w:rFonts w:ascii="Times New Roman" w:hAnsi="Times New Roman" w:cs="Times New Roman"/>
          <w:sz w:val="28"/>
          <w:szCs w:val="28"/>
        </w:rPr>
      </w:pPr>
      <w:r w:rsidRPr="009E4D98">
        <w:rPr>
          <w:rFonts w:ascii="Times New Roman" w:hAnsi="Times New Roman" w:cs="Times New Roman"/>
          <w:sz w:val="28"/>
          <w:szCs w:val="28"/>
        </w:rPr>
        <w:t>Thành tích này không chỉ là niềm vui của riêng đội tuyển mà còn góp phần lan tỏa tinh thần hiếu học, niềm đam mê khoa học tới toàn thể học sinh trong nhà trường.</w:t>
      </w:r>
    </w:p>
    <w:p w14:paraId="4CE83CAD" w14:textId="77777777" w:rsidR="000857B7" w:rsidRPr="009E4D98" w:rsidRDefault="00000000">
      <w:pPr>
        <w:rPr>
          <w:rFonts w:ascii="Times New Roman" w:hAnsi="Times New Roman" w:cs="Times New Roman"/>
          <w:sz w:val="28"/>
          <w:szCs w:val="28"/>
        </w:rPr>
      </w:pPr>
      <w:r w:rsidRPr="009E4D98">
        <w:rPr>
          <w:rFonts w:ascii="Times New Roman" w:hAnsi="Times New Roman" w:cs="Times New Roman"/>
          <w:sz w:val="28"/>
          <w:szCs w:val="28"/>
        </w:rPr>
        <w:t>Chúc các thầy cô luôn dồi dào sức khỏe, tiếp tục truyền lửa đam mê cho các thế hệ học sinh.</w:t>
      </w:r>
    </w:p>
    <w:p w14:paraId="046C8AF9" w14:textId="77777777" w:rsidR="000857B7" w:rsidRPr="009E4D98" w:rsidRDefault="00000000">
      <w:pPr>
        <w:rPr>
          <w:rFonts w:ascii="Times New Roman" w:hAnsi="Times New Roman" w:cs="Times New Roman"/>
          <w:sz w:val="28"/>
          <w:szCs w:val="28"/>
        </w:rPr>
      </w:pPr>
      <w:r w:rsidRPr="009E4D98">
        <w:rPr>
          <w:rFonts w:ascii="Times New Roman" w:hAnsi="Times New Roman" w:cs="Times New Roman"/>
          <w:sz w:val="28"/>
          <w:szCs w:val="28"/>
        </w:rPr>
        <w:t>Chúc các em học sinh tiếp tục nuôi dưỡng tình yêu với bộ môn Vật lí, không ngừng nỗ lực, tự tin chinh phục những đỉnh cao tri thức mới và đạt được nhiều thành công rực rỡ hơn nữa trong tương lai.</w:t>
      </w:r>
    </w:p>
    <w:sectPr w:rsidR="000857B7" w:rsidRPr="009E4D98"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A3"/>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A3"/>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ình ảnh 6" o:spid="_x0000_i1025" type="#_x0000_t75" alt="🥈" style="width:12pt;height:12pt;visibility:visible;mso-wrap-style:square" o:bullet="t">
        <v:imagedata r:id="rId1" o:title="🥈"/>
      </v:shape>
    </w:pict>
  </w:numPicBullet>
  <w:numPicBullet w:numPicBulletId="1">
    <w:pict>
      <v:shape id="Hình ảnh 7" o:spid="_x0000_i1026" type="#_x0000_t75" alt="🥉" style="width:12pt;height:12pt;visibility:visible;mso-wrap-style:square" o:bullet="t">
        <v:imagedata r:id="rId2" o:title="🥉"/>
      </v:shape>
    </w:pict>
  </w:numPicBullet>
  <w:numPicBullet w:numPicBulletId="2">
    <w:pict>
      <v:shape id="Hình ảnh 8" o:spid="_x0000_i1027" type="#_x0000_t75" alt="🎖️" style="width:12pt;height:12pt;visibility:visible;mso-wrap-style:square" o:bullet="t">
        <v:imagedata r:id="rId3" o:title="🎖️"/>
      </v:shape>
    </w:pict>
  </w:numPicBullet>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Sudong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Sudong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Duudong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Duudong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Sudong"/>
      <w:lvlText w:val="%1."/>
      <w:lvlJc w:val="left"/>
      <w:pPr>
        <w:tabs>
          <w:tab w:val="num" w:pos="360"/>
        </w:tabs>
        <w:ind w:left="360" w:hanging="360"/>
      </w:pPr>
    </w:lvl>
  </w:abstractNum>
  <w:abstractNum w:abstractNumId="8" w15:restartNumberingAfterBreak="0">
    <w:nsid w:val="FFFFFF89"/>
    <w:multiLevelType w:val="singleLevel"/>
    <w:tmpl w:val="7FFA227C"/>
    <w:lvl w:ilvl="0">
      <w:start w:val="1"/>
      <w:numFmt w:val="bullet"/>
      <w:pStyle w:val="Duudong"/>
      <w:lvlText w:val=""/>
      <w:lvlPicBulletId w:val="0"/>
      <w:lvlJc w:val="left"/>
      <w:pPr>
        <w:tabs>
          <w:tab w:val="num" w:pos="360"/>
        </w:tabs>
        <w:ind w:left="360" w:hanging="360"/>
      </w:pPr>
      <w:rPr>
        <w:rFonts w:ascii="Symbol" w:hAnsi="Symbol" w:hint="default"/>
      </w:rPr>
    </w:lvl>
  </w:abstractNum>
  <w:abstractNum w:abstractNumId="9" w15:restartNumberingAfterBreak="0">
    <w:nsid w:val="361B5D20"/>
    <w:multiLevelType w:val="hybridMultilevel"/>
    <w:tmpl w:val="CB46F330"/>
    <w:lvl w:ilvl="0" w:tplc="13C01DF0">
      <w:start w:val="1"/>
      <w:numFmt w:val="bullet"/>
      <w:lvlText w:val=""/>
      <w:lvlPicBulletId w:val="1"/>
      <w:lvlJc w:val="left"/>
      <w:pPr>
        <w:tabs>
          <w:tab w:val="num" w:pos="720"/>
        </w:tabs>
        <w:ind w:left="720" w:hanging="360"/>
      </w:pPr>
      <w:rPr>
        <w:rFonts w:ascii="Symbol" w:hAnsi="Symbol" w:hint="default"/>
      </w:rPr>
    </w:lvl>
    <w:lvl w:ilvl="1" w:tplc="CA966EEE" w:tentative="1">
      <w:start w:val="1"/>
      <w:numFmt w:val="bullet"/>
      <w:lvlText w:val=""/>
      <w:lvlJc w:val="left"/>
      <w:pPr>
        <w:tabs>
          <w:tab w:val="num" w:pos="1440"/>
        </w:tabs>
        <w:ind w:left="1440" w:hanging="360"/>
      </w:pPr>
      <w:rPr>
        <w:rFonts w:ascii="Symbol" w:hAnsi="Symbol" w:hint="default"/>
      </w:rPr>
    </w:lvl>
    <w:lvl w:ilvl="2" w:tplc="12021F02" w:tentative="1">
      <w:start w:val="1"/>
      <w:numFmt w:val="bullet"/>
      <w:lvlText w:val=""/>
      <w:lvlJc w:val="left"/>
      <w:pPr>
        <w:tabs>
          <w:tab w:val="num" w:pos="2160"/>
        </w:tabs>
        <w:ind w:left="2160" w:hanging="360"/>
      </w:pPr>
      <w:rPr>
        <w:rFonts w:ascii="Symbol" w:hAnsi="Symbol" w:hint="default"/>
      </w:rPr>
    </w:lvl>
    <w:lvl w:ilvl="3" w:tplc="D7821EB8" w:tentative="1">
      <w:start w:val="1"/>
      <w:numFmt w:val="bullet"/>
      <w:lvlText w:val=""/>
      <w:lvlJc w:val="left"/>
      <w:pPr>
        <w:tabs>
          <w:tab w:val="num" w:pos="2880"/>
        </w:tabs>
        <w:ind w:left="2880" w:hanging="360"/>
      </w:pPr>
      <w:rPr>
        <w:rFonts w:ascii="Symbol" w:hAnsi="Symbol" w:hint="default"/>
      </w:rPr>
    </w:lvl>
    <w:lvl w:ilvl="4" w:tplc="E52E9C16" w:tentative="1">
      <w:start w:val="1"/>
      <w:numFmt w:val="bullet"/>
      <w:lvlText w:val=""/>
      <w:lvlJc w:val="left"/>
      <w:pPr>
        <w:tabs>
          <w:tab w:val="num" w:pos="3600"/>
        </w:tabs>
        <w:ind w:left="3600" w:hanging="360"/>
      </w:pPr>
      <w:rPr>
        <w:rFonts w:ascii="Symbol" w:hAnsi="Symbol" w:hint="default"/>
      </w:rPr>
    </w:lvl>
    <w:lvl w:ilvl="5" w:tplc="9D24D528" w:tentative="1">
      <w:start w:val="1"/>
      <w:numFmt w:val="bullet"/>
      <w:lvlText w:val=""/>
      <w:lvlJc w:val="left"/>
      <w:pPr>
        <w:tabs>
          <w:tab w:val="num" w:pos="4320"/>
        </w:tabs>
        <w:ind w:left="4320" w:hanging="360"/>
      </w:pPr>
      <w:rPr>
        <w:rFonts w:ascii="Symbol" w:hAnsi="Symbol" w:hint="default"/>
      </w:rPr>
    </w:lvl>
    <w:lvl w:ilvl="6" w:tplc="F2BA8FD0" w:tentative="1">
      <w:start w:val="1"/>
      <w:numFmt w:val="bullet"/>
      <w:lvlText w:val=""/>
      <w:lvlJc w:val="left"/>
      <w:pPr>
        <w:tabs>
          <w:tab w:val="num" w:pos="5040"/>
        </w:tabs>
        <w:ind w:left="5040" w:hanging="360"/>
      </w:pPr>
      <w:rPr>
        <w:rFonts w:ascii="Symbol" w:hAnsi="Symbol" w:hint="default"/>
      </w:rPr>
    </w:lvl>
    <w:lvl w:ilvl="7" w:tplc="ADA8A568" w:tentative="1">
      <w:start w:val="1"/>
      <w:numFmt w:val="bullet"/>
      <w:lvlText w:val=""/>
      <w:lvlJc w:val="left"/>
      <w:pPr>
        <w:tabs>
          <w:tab w:val="num" w:pos="5760"/>
        </w:tabs>
        <w:ind w:left="5760" w:hanging="360"/>
      </w:pPr>
      <w:rPr>
        <w:rFonts w:ascii="Symbol" w:hAnsi="Symbol" w:hint="default"/>
      </w:rPr>
    </w:lvl>
    <w:lvl w:ilvl="8" w:tplc="046273FA"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4E8A4431"/>
    <w:multiLevelType w:val="hybridMultilevel"/>
    <w:tmpl w:val="94EEE262"/>
    <w:lvl w:ilvl="0" w:tplc="652E245A">
      <w:start w:val="1"/>
      <w:numFmt w:val="bullet"/>
      <w:lvlText w:val=""/>
      <w:lvlPicBulletId w:val="2"/>
      <w:lvlJc w:val="left"/>
      <w:pPr>
        <w:tabs>
          <w:tab w:val="num" w:pos="720"/>
        </w:tabs>
        <w:ind w:left="720" w:hanging="360"/>
      </w:pPr>
      <w:rPr>
        <w:rFonts w:ascii="Symbol" w:hAnsi="Symbol" w:hint="default"/>
      </w:rPr>
    </w:lvl>
    <w:lvl w:ilvl="1" w:tplc="E6E0C3A8" w:tentative="1">
      <w:start w:val="1"/>
      <w:numFmt w:val="bullet"/>
      <w:lvlText w:val=""/>
      <w:lvlJc w:val="left"/>
      <w:pPr>
        <w:tabs>
          <w:tab w:val="num" w:pos="1440"/>
        </w:tabs>
        <w:ind w:left="1440" w:hanging="360"/>
      </w:pPr>
      <w:rPr>
        <w:rFonts w:ascii="Symbol" w:hAnsi="Symbol" w:hint="default"/>
      </w:rPr>
    </w:lvl>
    <w:lvl w:ilvl="2" w:tplc="8C68F874" w:tentative="1">
      <w:start w:val="1"/>
      <w:numFmt w:val="bullet"/>
      <w:lvlText w:val=""/>
      <w:lvlJc w:val="left"/>
      <w:pPr>
        <w:tabs>
          <w:tab w:val="num" w:pos="2160"/>
        </w:tabs>
        <w:ind w:left="2160" w:hanging="360"/>
      </w:pPr>
      <w:rPr>
        <w:rFonts w:ascii="Symbol" w:hAnsi="Symbol" w:hint="default"/>
      </w:rPr>
    </w:lvl>
    <w:lvl w:ilvl="3" w:tplc="3DAE8E6C" w:tentative="1">
      <w:start w:val="1"/>
      <w:numFmt w:val="bullet"/>
      <w:lvlText w:val=""/>
      <w:lvlJc w:val="left"/>
      <w:pPr>
        <w:tabs>
          <w:tab w:val="num" w:pos="2880"/>
        </w:tabs>
        <w:ind w:left="2880" w:hanging="360"/>
      </w:pPr>
      <w:rPr>
        <w:rFonts w:ascii="Symbol" w:hAnsi="Symbol" w:hint="default"/>
      </w:rPr>
    </w:lvl>
    <w:lvl w:ilvl="4" w:tplc="3998F214" w:tentative="1">
      <w:start w:val="1"/>
      <w:numFmt w:val="bullet"/>
      <w:lvlText w:val=""/>
      <w:lvlJc w:val="left"/>
      <w:pPr>
        <w:tabs>
          <w:tab w:val="num" w:pos="3600"/>
        </w:tabs>
        <w:ind w:left="3600" w:hanging="360"/>
      </w:pPr>
      <w:rPr>
        <w:rFonts w:ascii="Symbol" w:hAnsi="Symbol" w:hint="default"/>
      </w:rPr>
    </w:lvl>
    <w:lvl w:ilvl="5" w:tplc="7382E198" w:tentative="1">
      <w:start w:val="1"/>
      <w:numFmt w:val="bullet"/>
      <w:lvlText w:val=""/>
      <w:lvlJc w:val="left"/>
      <w:pPr>
        <w:tabs>
          <w:tab w:val="num" w:pos="4320"/>
        </w:tabs>
        <w:ind w:left="4320" w:hanging="360"/>
      </w:pPr>
      <w:rPr>
        <w:rFonts w:ascii="Symbol" w:hAnsi="Symbol" w:hint="default"/>
      </w:rPr>
    </w:lvl>
    <w:lvl w:ilvl="6" w:tplc="25C8F6CA" w:tentative="1">
      <w:start w:val="1"/>
      <w:numFmt w:val="bullet"/>
      <w:lvlText w:val=""/>
      <w:lvlJc w:val="left"/>
      <w:pPr>
        <w:tabs>
          <w:tab w:val="num" w:pos="5040"/>
        </w:tabs>
        <w:ind w:left="5040" w:hanging="360"/>
      </w:pPr>
      <w:rPr>
        <w:rFonts w:ascii="Symbol" w:hAnsi="Symbol" w:hint="default"/>
      </w:rPr>
    </w:lvl>
    <w:lvl w:ilvl="7" w:tplc="36B2A19C" w:tentative="1">
      <w:start w:val="1"/>
      <w:numFmt w:val="bullet"/>
      <w:lvlText w:val=""/>
      <w:lvlJc w:val="left"/>
      <w:pPr>
        <w:tabs>
          <w:tab w:val="num" w:pos="5760"/>
        </w:tabs>
        <w:ind w:left="5760" w:hanging="360"/>
      </w:pPr>
      <w:rPr>
        <w:rFonts w:ascii="Symbol" w:hAnsi="Symbol" w:hint="default"/>
      </w:rPr>
    </w:lvl>
    <w:lvl w:ilvl="8" w:tplc="6BF4CF8A" w:tentative="1">
      <w:start w:val="1"/>
      <w:numFmt w:val="bullet"/>
      <w:lvlText w:val=""/>
      <w:lvlJc w:val="left"/>
      <w:pPr>
        <w:tabs>
          <w:tab w:val="num" w:pos="6480"/>
        </w:tabs>
        <w:ind w:left="6480" w:hanging="360"/>
      </w:pPr>
      <w:rPr>
        <w:rFonts w:ascii="Symbol" w:hAnsi="Symbol" w:hint="default"/>
      </w:rPr>
    </w:lvl>
  </w:abstractNum>
  <w:num w:numId="1" w16cid:durableId="437145499">
    <w:abstractNumId w:val="8"/>
  </w:num>
  <w:num w:numId="2" w16cid:durableId="1951471266">
    <w:abstractNumId w:val="6"/>
  </w:num>
  <w:num w:numId="3" w16cid:durableId="1626546556">
    <w:abstractNumId w:val="5"/>
  </w:num>
  <w:num w:numId="4" w16cid:durableId="1684552307">
    <w:abstractNumId w:val="4"/>
  </w:num>
  <w:num w:numId="5" w16cid:durableId="1885411305">
    <w:abstractNumId w:val="7"/>
  </w:num>
  <w:num w:numId="6" w16cid:durableId="1400131419">
    <w:abstractNumId w:val="3"/>
  </w:num>
  <w:num w:numId="7" w16cid:durableId="396364156">
    <w:abstractNumId w:val="2"/>
  </w:num>
  <w:num w:numId="8" w16cid:durableId="283923006">
    <w:abstractNumId w:val="1"/>
  </w:num>
  <w:num w:numId="9" w16cid:durableId="254484803">
    <w:abstractNumId w:val="0"/>
  </w:num>
  <w:num w:numId="10" w16cid:durableId="1591890223">
    <w:abstractNumId w:val="9"/>
  </w:num>
  <w:num w:numId="11" w16cid:durableId="83102100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857B7"/>
    <w:rsid w:val="000A539F"/>
    <w:rsid w:val="0015074B"/>
    <w:rsid w:val="0029639D"/>
    <w:rsid w:val="00326F90"/>
    <w:rsid w:val="00746C0F"/>
    <w:rsid w:val="009E4D98"/>
    <w:rsid w:val="00AA1D8D"/>
    <w:rsid w:val="00B47730"/>
    <w:rsid w:val="00CB0664"/>
    <w:rsid w:val="00DE4C02"/>
    <w:rsid w:val="00E61F5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463973"/>
  <w14:defaultImageDpi w14:val="300"/>
  <w15:docId w15:val="{A975DDB2-78A9-481D-9352-4A937A033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FC693F"/>
  </w:style>
  <w:style w:type="paragraph" w:styleId="u1">
    <w:name w:val="heading 1"/>
    <w:basedOn w:val="Binhthng"/>
    <w:next w:val="Binhthng"/>
    <w:link w:val="u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u2">
    <w:name w:val="heading 2"/>
    <w:basedOn w:val="Binhthng"/>
    <w:next w:val="Binhthng"/>
    <w:link w:val="u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u3">
    <w:name w:val="heading 3"/>
    <w:basedOn w:val="Binhthng"/>
    <w:next w:val="Binhthng"/>
    <w:link w:val="u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u4">
    <w:name w:val="heading 4"/>
    <w:basedOn w:val="Binhthng"/>
    <w:next w:val="Binhthng"/>
    <w:link w:val="u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u5">
    <w:name w:val="heading 5"/>
    <w:basedOn w:val="Binhthng"/>
    <w:next w:val="Binhthng"/>
    <w:link w:val="u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u6">
    <w:name w:val="heading 6"/>
    <w:basedOn w:val="Binhthng"/>
    <w:next w:val="Binhthng"/>
    <w:link w:val="u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u7">
    <w:name w:val="heading 7"/>
    <w:basedOn w:val="Binhthng"/>
    <w:next w:val="Binhthng"/>
    <w:link w:val="u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u8">
    <w:name w:val="heading 8"/>
    <w:basedOn w:val="Binhthng"/>
    <w:next w:val="Binhthng"/>
    <w:link w:val="u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u9">
    <w:name w:val="heading 9"/>
    <w:basedOn w:val="Binhthng"/>
    <w:next w:val="Binhthng"/>
    <w:link w:val="u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hngmcinhcuaoanvn">
    <w:name w:val="Default Paragraph Font"/>
    <w:uiPriority w:val="1"/>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utrang">
    <w:name w:val="header"/>
    <w:basedOn w:val="Binhthng"/>
    <w:link w:val="utrangChar"/>
    <w:uiPriority w:val="99"/>
    <w:unhideWhenUsed/>
    <w:rsid w:val="00E618BF"/>
    <w:pPr>
      <w:tabs>
        <w:tab w:val="center" w:pos="4680"/>
        <w:tab w:val="right" w:pos="9360"/>
      </w:tabs>
      <w:spacing w:after="0" w:line="240" w:lineRule="auto"/>
    </w:pPr>
  </w:style>
  <w:style w:type="character" w:customStyle="1" w:styleId="utrangChar">
    <w:name w:val="Đầu trang Char"/>
    <w:basedOn w:val="Phngmcinhcuaoanvn"/>
    <w:link w:val="utrang"/>
    <w:uiPriority w:val="99"/>
    <w:rsid w:val="00E618BF"/>
  </w:style>
  <w:style w:type="paragraph" w:styleId="Chntrang">
    <w:name w:val="footer"/>
    <w:basedOn w:val="Binhthng"/>
    <w:link w:val="ChntrangChar"/>
    <w:uiPriority w:val="99"/>
    <w:unhideWhenUsed/>
    <w:rsid w:val="00E618BF"/>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E618BF"/>
  </w:style>
  <w:style w:type="paragraph" w:styleId="KhngDncch">
    <w:name w:val="No Spacing"/>
    <w:uiPriority w:val="1"/>
    <w:qFormat/>
    <w:rsid w:val="00FC693F"/>
    <w:pPr>
      <w:spacing w:after="0" w:line="240" w:lineRule="auto"/>
    </w:pPr>
  </w:style>
  <w:style w:type="character" w:customStyle="1" w:styleId="u1Char">
    <w:name w:val="Đầu đề 1 Char"/>
    <w:basedOn w:val="Phngmcinhcuaoanvn"/>
    <w:link w:val="u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u2Char">
    <w:name w:val="Đầu đề 2 Char"/>
    <w:basedOn w:val="Phngmcinhcuaoanvn"/>
    <w:link w:val="u2"/>
    <w:uiPriority w:val="9"/>
    <w:rsid w:val="00FC693F"/>
    <w:rPr>
      <w:rFonts w:asciiTheme="majorHAnsi" w:eastAsiaTheme="majorEastAsia" w:hAnsiTheme="majorHAnsi" w:cstheme="majorBidi"/>
      <w:b/>
      <w:bCs/>
      <w:color w:val="4F81BD" w:themeColor="accent1"/>
      <w:sz w:val="26"/>
      <w:szCs w:val="26"/>
    </w:rPr>
  </w:style>
  <w:style w:type="character" w:customStyle="1" w:styleId="u3Char">
    <w:name w:val="Đầu đề 3 Char"/>
    <w:basedOn w:val="Phngmcinhcuaoanvn"/>
    <w:link w:val="u3"/>
    <w:uiPriority w:val="9"/>
    <w:rsid w:val="00FC693F"/>
    <w:rPr>
      <w:rFonts w:asciiTheme="majorHAnsi" w:eastAsiaTheme="majorEastAsia" w:hAnsiTheme="majorHAnsi" w:cstheme="majorBidi"/>
      <w:b/>
      <w:bCs/>
      <w:color w:val="4F81BD" w:themeColor="accent1"/>
    </w:rPr>
  </w:style>
  <w:style w:type="paragraph" w:styleId="Tiu">
    <w:name w:val="Title"/>
    <w:basedOn w:val="Binhthng"/>
    <w:next w:val="Binhthng"/>
    <w:link w:val="Tiu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uChar">
    <w:name w:val="Tiêu đề Char"/>
    <w:basedOn w:val="Phngmcinhcuaoanvn"/>
    <w:link w:val="Tiu"/>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Tiuphu">
    <w:name w:val="Subtitle"/>
    <w:basedOn w:val="Binhthng"/>
    <w:next w:val="Binhthng"/>
    <w:link w:val="Tiuphu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TiuphuChar">
    <w:name w:val="Tiêu đề phụ Char"/>
    <w:basedOn w:val="Phngmcinhcuaoanvn"/>
    <w:link w:val="Tiuphu"/>
    <w:uiPriority w:val="11"/>
    <w:rsid w:val="00FC693F"/>
    <w:rPr>
      <w:rFonts w:asciiTheme="majorHAnsi" w:eastAsiaTheme="majorEastAsia" w:hAnsiTheme="majorHAnsi" w:cstheme="majorBidi"/>
      <w:i/>
      <w:iCs/>
      <w:color w:val="4F81BD" w:themeColor="accent1"/>
      <w:spacing w:val="15"/>
      <w:sz w:val="24"/>
      <w:szCs w:val="24"/>
    </w:rPr>
  </w:style>
  <w:style w:type="paragraph" w:styleId="oancuaDanhsach">
    <w:name w:val="List Paragraph"/>
    <w:basedOn w:val="Binhthng"/>
    <w:uiPriority w:val="34"/>
    <w:qFormat/>
    <w:rsid w:val="00FC693F"/>
    <w:pPr>
      <w:ind w:left="720"/>
      <w:contextualSpacing/>
    </w:pPr>
  </w:style>
  <w:style w:type="paragraph" w:styleId="ThnVnban">
    <w:name w:val="Body Text"/>
    <w:basedOn w:val="Binhthng"/>
    <w:link w:val="ThnVnbanChar"/>
    <w:uiPriority w:val="99"/>
    <w:unhideWhenUsed/>
    <w:rsid w:val="00AA1D8D"/>
    <w:pPr>
      <w:spacing w:after="120"/>
    </w:pPr>
  </w:style>
  <w:style w:type="character" w:customStyle="1" w:styleId="ThnVnbanChar">
    <w:name w:val="Thân Văn bản Char"/>
    <w:basedOn w:val="Phngmcinhcuaoanvn"/>
    <w:link w:val="ThnVnban"/>
    <w:uiPriority w:val="99"/>
    <w:rsid w:val="00AA1D8D"/>
  </w:style>
  <w:style w:type="paragraph" w:styleId="Thnvnban2">
    <w:name w:val="Body Text 2"/>
    <w:basedOn w:val="Binhthng"/>
    <w:link w:val="Thnvnban2Char"/>
    <w:uiPriority w:val="99"/>
    <w:unhideWhenUsed/>
    <w:rsid w:val="00AA1D8D"/>
    <w:pPr>
      <w:spacing w:after="120" w:line="480" w:lineRule="auto"/>
    </w:pPr>
  </w:style>
  <w:style w:type="character" w:customStyle="1" w:styleId="Thnvnban2Char">
    <w:name w:val="Thân văn bản 2 Char"/>
    <w:basedOn w:val="Phngmcinhcuaoanvn"/>
    <w:link w:val="Thnvnban2"/>
    <w:uiPriority w:val="99"/>
    <w:rsid w:val="00AA1D8D"/>
  </w:style>
  <w:style w:type="paragraph" w:styleId="Thnvnban3">
    <w:name w:val="Body Text 3"/>
    <w:basedOn w:val="Binhthng"/>
    <w:link w:val="Thnvnban3Char"/>
    <w:uiPriority w:val="99"/>
    <w:unhideWhenUsed/>
    <w:rsid w:val="00AA1D8D"/>
    <w:pPr>
      <w:spacing w:after="120"/>
    </w:pPr>
    <w:rPr>
      <w:sz w:val="16"/>
      <w:szCs w:val="16"/>
    </w:rPr>
  </w:style>
  <w:style w:type="character" w:customStyle="1" w:styleId="Thnvnban3Char">
    <w:name w:val="Thân văn bản 3 Char"/>
    <w:basedOn w:val="Phngmcinhcuaoanvn"/>
    <w:link w:val="Thnvnban3"/>
    <w:uiPriority w:val="99"/>
    <w:rsid w:val="00AA1D8D"/>
    <w:rPr>
      <w:sz w:val="16"/>
      <w:szCs w:val="16"/>
    </w:rPr>
  </w:style>
  <w:style w:type="paragraph" w:styleId="Danhsach">
    <w:name w:val="List"/>
    <w:basedOn w:val="Binhthng"/>
    <w:uiPriority w:val="99"/>
    <w:unhideWhenUsed/>
    <w:rsid w:val="00AA1D8D"/>
    <w:pPr>
      <w:ind w:left="360" w:hanging="360"/>
      <w:contextualSpacing/>
    </w:pPr>
  </w:style>
  <w:style w:type="paragraph" w:styleId="Danhsach2">
    <w:name w:val="List 2"/>
    <w:basedOn w:val="Binhthng"/>
    <w:uiPriority w:val="99"/>
    <w:unhideWhenUsed/>
    <w:rsid w:val="00326F90"/>
    <w:pPr>
      <w:ind w:left="720" w:hanging="360"/>
      <w:contextualSpacing/>
    </w:pPr>
  </w:style>
  <w:style w:type="paragraph" w:styleId="Danhsach3">
    <w:name w:val="List 3"/>
    <w:basedOn w:val="Binhthng"/>
    <w:uiPriority w:val="99"/>
    <w:unhideWhenUsed/>
    <w:rsid w:val="00326F90"/>
    <w:pPr>
      <w:ind w:left="1080" w:hanging="360"/>
      <w:contextualSpacing/>
    </w:pPr>
  </w:style>
  <w:style w:type="paragraph" w:styleId="Duudong">
    <w:name w:val="List Bullet"/>
    <w:basedOn w:val="Binhthng"/>
    <w:uiPriority w:val="99"/>
    <w:unhideWhenUsed/>
    <w:rsid w:val="00326F90"/>
    <w:pPr>
      <w:numPr>
        <w:numId w:val="1"/>
      </w:numPr>
      <w:contextualSpacing/>
    </w:pPr>
  </w:style>
  <w:style w:type="paragraph" w:styleId="Duudong2">
    <w:name w:val="List Bullet 2"/>
    <w:basedOn w:val="Binhthng"/>
    <w:uiPriority w:val="99"/>
    <w:unhideWhenUsed/>
    <w:rsid w:val="00326F90"/>
    <w:pPr>
      <w:numPr>
        <w:numId w:val="2"/>
      </w:numPr>
      <w:contextualSpacing/>
    </w:pPr>
  </w:style>
  <w:style w:type="paragraph" w:styleId="Duudong3">
    <w:name w:val="List Bullet 3"/>
    <w:basedOn w:val="Binhthng"/>
    <w:uiPriority w:val="99"/>
    <w:unhideWhenUsed/>
    <w:rsid w:val="00326F90"/>
    <w:pPr>
      <w:numPr>
        <w:numId w:val="3"/>
      </w:numPr>
      <w:contextualSpacing/>
    </w:pPr>
  </w:style>
  <w:style w:type="paragraph" w:styleId="Sudong">
    <w:name w:val="List Number"/>
    <w:basedOn w:val="Binhthng"/>
    <w:uiPriority w:val="99"/>
    <w:unhideWhenUsed/>
    <w:rsid w:val="00326F90"/>
    <w:pPr>
      <w:numPr>
        <w:numId w:val="5"/>
      </w:numPr>
      <w:contextualSpacing/>
    </w:pPr>
  </w:style>
  <w:style w:type="paragraph" w:styleId="Sudong2">
    <w:name w:val="List Number 2"/>
    <w:basedOn w:val="Binhthng"/>
    <w:uiPriority w:val="99"/>
    <w:unhideWhenUsed/>
    <w:rsid w:val="0029639D"/>
    <w:pPr>
      <w:numPr>
        <w:numId w:val="6"/>
      </w:numPr>
      <w:contextualSpacing/>
    </w:pPr>
  </w:style>
  <w:style w:type="paragraph" w:styleId="Sudong3">
    <w:name w:val="List Number 3"/>
    <w:basedOn w:val="Binhthng"/>
    <w:uiPriority w:val="99"/>
    <w:unhideWhenUsed/>
    <w:rsid w:val="0029639D"/>
    <w:pPr>
      <w:numPr>
        <w:numId w:val="7"/>
      </w:numPr>
      <w:contextualSpacing/>
    </w:pPr>
  </w:style>
  <w:style w:type="paragraph" w:styleId="Danhsachlintuc">
    <w:name w:val="List Continue"/>
    <w:basedOn w:val="Binhthng"/>
    <w:uiPriority w:val="99"/>
    <w:unhideWhenUsed/>
    <w:rsid w:val="0029639D"/>
    <w:pPr>
      <w:spacing w:after="120"/>
      <w:ind w:left="360"/>
      <w:contextualSpacing/>
    </w:pPr>
  </w:style>
  <w:style w:type="paragraph" w:styleId="Danhsachlintuc2">
    <w:name w:val="List Continue 2"/>
    <w:basedOn w:val="Binhthng"/>
    <w:uiPriority w:val="99"/>
    <w:unhideWhenUsed/>
    <w:rsid w:val="0029639D"/>
    <w:pPr>
      <w:spacing w:after="120"/>
      <w:ind w:left="720"/>
      <w:contextualSpacing/>
    </w:pPr>
  </w:style>
  <w:style w:type="paragraph" w:styleId="Danhsachlintuc3">
    <w:name w:val="List Continue 3"/>
    <w:basedOn w:val="Binhthng"/>
    <w:uiPriority w:val="99"/>
    <w:unhideWhenUsed/>
    <w:rsid w:val="0029639D"/>
    <w:pPr>
      <w:spacing w:after="120"/>
      <w:ind w:left="1080"/>
      <w:contextualSpacing/>
    </w:pPr>
  </w:style>
  <w:style w:type="paragraph" w:styleId="VnbanMacro">
    <w:name w:val="macro"/>
    <w:link w:val="VnbanMacro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VnbanMacroChar">
    <w:name w:val="Văn bản Macro Char"/>
    <w:basedOn w:val="Phngmcinhcuaoanvn"/>
    <w:link w:val="VnbanMacro"/>
    <w:uiPriority w:val="99"/>
    <w:rsid w:val="0029639D"/>
    <w:rPr>
      <w:rFonts w:ascii="Courier" w:hAnsi="Courier"/>
      <w:sz w:val="20"/>
      <w:szCs w:val="20"/>
    </w:rPr>
  </w:style>
  <w:style w:type="paragraph" w:styleId="Litrichdn">
    <w:name w:val="Quote"/>
    <w:basedOn w:val="Binhthng"/>
    <w:next w:val="Binhthng"/>
    <w:link w:val="LitrichdnChar"/>
    <w:uiPriority w:val="29"/>
    <w:qFormat/>
    <w:rsid w:val="00FC693F"/>
    <w:rPr>
      <w:i/>
      <w:iCs/>
      <w:color w:val="000000" w:themeColor="text1"/>
    </w:rPr>
  </w:style>
  <w:style w:type="character" w:customStyle="1" w:styleId="LitrichdnChar">
    <w:name w:val="Lời trích dẫn Char"/>
    <w:basedOn w:val="Phngmcinhcuaoanvn"/>
    <w:link w:val="Litrichdn"/>
    <w:uiPriority w:val="29"/>
    <w:rsid w:val="00FC693F"/>
    <w:rPr>
      <w:i/>
      <w:iCs/>
      <w:color w:val="000000" w:themeColor="text1"/>
    </w:rPr>
  </w:style>
  <w:style w:type="character" w:customStyle="1" w:styleId="u4Char">
    <w:name w:val="Đầu đề 4 Char"/>
    <w:basedOn w:val="Phngmcinhcuaoanvn"/>
    <w:link w:val="u4"/>
    <w:uiPriority w:val="9"/>
    <w:semiHidden/>
    <w:rsid w:val="00FC693F"/>
    <w:rPr>
      <w:rFonts w:asciiTheme="majorHAnsi" w:eastAsiaTheme="majorEastAsia" w:hAnsiTheme="majorHAnsi" w:cstheme="majorBidi"/>
      <w:b/>
      <w:bCs/>
      <w:i/>
      <w:iCs/>
      <w:color w:val="4F81BD" w:themeColor="accent1"/>
    </w:rPr>
  </w:style>
  <w:style w:type="character" w:customStyle="1" w:styleId="u5Char">
    <w:name w:val="Đầu đề 5 Char"/>
    <w:basedOn w:val="Phngmcinhcuaoanvn"/>
    <w:link w:val="u5"/>
    <w:uiPriority w:val="9"/>
    <w:semiHidden/>
    <w:rsid w:val="00FC693F"/>
    <w:rPr>
      <w:rFonts w:asciiTheme="majorHAnsi" w:eastAsiaTheme="majorEastAsia" w:hAnsiTheme="majorHAnsi" w:cstheme="majorBidi"/>
      <w:color w:val="243F60" w:themeColor="accent1" w:themeShade="7F"/>
    </w:rPr>
  </w:style>
  <w:style w:type="character" w:customStyle="1" w:styleId="u6Char">
    <w:name w:val="Đầu đề 6 Char"/>
    <w:basedOn w:val="Phngmcinhcuaoanvn"/>
    <w:link w:val="u6"/>
    <w:uiPriority w:val="9"/>
    <w:semiHidden/>
    <w:rsid w:val="00FC693F"/>
    <w:rPr>
      <w:rFonts w:asciiTheme="majorHAnsi" w:eastAsiaTheme="majorEastAsia" w:hAnsiTheme="majorHAnsi" w:cstheme="majorBidi"/>
      <w:i/>
      <w:iCs/>
      <w:color w:val="243F60" w:themeColor="accent1" w:themeShade="7F"/>
    </w:rPr>
  </w:style>
  <w:style w:type="character" w:customStyle="1" w:styleId="u7Char">
    <w:name w:val="Đầu đề 7 Char"/>
    <w:basedOn w:val="Phngmcinhcuaoanvn"/>
    <w:link w:val="u7"/>
    <w:uiPriority w:val="9"/>
    <w:semiHidden/>
    <w:rsid w:val="00FC693F"/>
    <w:rPr>
      <w:rFonts w:asciiTheme="majorHAnsi" w:eastAsiaTheme="majorEastAsia" w:hAnsiTheme="majorHAnsi" w:cstheme="majorBidi"/>
      <w:i/>
      <w:iCs/>
      <w:color w:val="404040" w:themeColor="text1" w:themeTint="BF"/>
    </w:rPr>
  </w:style>
  <w:style w:type="character" w:customStyle="1" w:styleId="u8Char">
    <w:name w:val="Đầu đề 8 Char"/>
    <w:basedOn w:val="Phngmcinhcuaoanvn"/>
    <w:link w:val="u8"/>
    <w:uiPriority w:val="9"/>
    <w:semiHidden/>
    <w:rsid w:val="00FC693F"/>
    <w:rPr>
      <w:rFonts w:asciiTheme="majorHAnsi" w:eastAsiaTheme="majorEastAsia" w:hAnsiTheme="majorHAnsi" w:cstheme="majorBidi"/>
      <w:color w:val="4F81BD" w:themeColor="accent1"/>
      <w:sz w:val="20"/>
      <w:szCs w:val="20"/>
    </w:rPr>
  </w:style>
  <w:style w:type="character" w:customStyle="1" w:styleId="u9Char">
    <w:name w:val="Đầu đề 9 Char"/>
    <w:basedOn w:val="Phngmcinhcuaoanvn"/>
    <w:link w:val="u9"/>
    <w:uiPriority w:val="9"/>
    <w:semiHidden/>
    <w:rsid w:val="00FC693F"/>
    <w:rPr>
      <w:rFonts w:asciiTheme="majorHAnsi" w:eastAsiaTheme="majorEastAsia" w:hAnsiTheme="majorHAnsi" w:cstheme="majorBidi"/>
      <w:i/>
      <w:iCs/>
      <w:color w:val="404040" w:themeColor="text1" w:themeTint="BF"/>
      <w:sz w:val="20"/>
      <w:szCs w:val="20"/>
    </w:rPr>
  </w:style>
  <w:style w:type="paragraph" w:styleId="Chuthich">
    <w:name w:val="caption"/>
    <w:basedOn w:val="Binhthng"/>
    <w:next w:val="Binhthng"/>
    <w:uiPriority w:val="35"/>
    <w:semiHidden/>
    <w:unhideWhenUsed/>
    <w:qFormat/>
    <w:rsid w:val="00FC693F"/>
    <w:pPr>
      <w:spacing w:line="240" w:lineRule="auto"/>
    </w:pPr>
    <w:rPr>
      <w:b/>
      <w:bCs/>
      <w:color w:val="4F81BD" w:themeColor="accent1"/>
      <w:sz w:val="18"/>
      <w:szCs w:val="18"/>
    </w:rPr>
  </w:style>
  <w:style w:type="character" w:styleId="Manh">
    <w:name w:val="Strong"/>
    <w:basedOn w:val="Phngmcinhcuaoanvn"/>
    <w:uiPriority w:val="22"/>
    <w:qFormat/>
    <w:rsid w:val="00FC693F"/>
    <w:rPr>
      <w:b/>
      <w:bCs/>
    </w:rPr>
  </w:style>
  <w:style w:type="character" w:styleId="Nhnmanh">
    <w:name w:val="Emphasis"/>
    <w:basedOn w:val="Phngmcinhcuaoanvn"/>
    <w:uiPriority w:val="20"/>
    <w:qFormat/>
    <w:rsid w:val="00FC693F"/>
    <w:rPr>
      <w:i/>
      <w:iCs/>
    </w:rPr>
  </w:style>
  <w:style w:type="paragraph" w:styleId="Nhaykepm">
    <w:name w:val="Intense Quote"/>
    <w:basedOn w:val="Binhthng"/>
    <w:next w:val="Binhthng"/>
    <w:link w:val="Nhaykepm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NhaykepmChar">
    <w:name w:val="Nháy kép Đậm Char"/>
    <w:basedOn w:val="Phngmcinhcuaoanvn"/>
    <w:link w:val="Nhaykepm"/>
    <w:uiPriority w:val="30"/>
    <w:rsid w:val="00FC693F"/>
    <w:rPr>
      <w:b/>
      <w:bCs/>
      <w:i/>
      <w:iCs/>
      <w:color w:val="4F81BD" w:themeColor="accent1"/>
    </w:rPr>
  </w:style>
  <w:style w:type="character" w:styleId="NhnmanhTinht">
    <w:name w:val="Subtle Emphasis"/>
    <w:basedOn w:val="Phngmcinhcuaoanvn"/>
    <w:uiPriority w:val="19"/>
    <w:qFormat/>
    <w:rsid w:val="00FC693F"/>
    <w:rPr>
      <w:i/>
      <w:iCs/>
      <w:color w:val="808080" w:themeColor="text1" w:themeTint="7F"/>
    </w:rPr>
  </w:style>
  <w:style w:type="character" w:styleId="NhnmnhThm">
    <w:name w:val="Intense Emphasis"/>
    <w:basedOn w:val="Phngmcinhcuaoanvn"/>
    <w:uiPriority w:val="21"/>
    <w:qFormat/>
    <w:rsid w:val="00FC693F"/>
    <w:rPr>
      <w:b/>
      <w:bCs/>
      <w:i/>
      <w:iCs/>
      <w:color w:val="4F81BD" w:themeColor="accent1"/>
    </w:rPr>
  </w:style>
  <w:style w:type="character" w:styleId="ThamchiuTinht">
    <w:name w:val="Subtle Reference"/>
    <w:basedOn w:val="Phngmcinhcuaoanvn"/>
    <w:uiPriority w:val="31"/>
    <w:qFormat/>
    <w:rsid w:val="00FC693F"/>
    <w:rPr>
      <w:smallCaps/>
      <w:color w:val="C0504D" w:themeColor="accent2"/>
      <w:u w:val="single"/>
    </w:rPr>
  </w:style>
  <w:style w:type="character" w:styleId="ThamchiuNhnmnh">
    <w:name w:val="Intense Reference"/>
    <w:basedOn w:val="Phngmcinhcuaoanvn"/>
    <w:uiPriority w:val="32"/>
    <w:qFormat/>
    <w:rsid w:val="00FC693F"/>
    <w:rPr>
      <w:b/>
      <w:bCs/>
      <w:smallCaps/>
      <w:color w:val="C0504D" w:themeColor="accent2"/>
      <w:spacing w:val="5"/>
      <w:u w:val="single"/>
    </w:rPr>
  </w:style>
  <w:style w:type="character" w:styleId="TiuSach">
    <w:name w:val="Book Title"/>
    <w:basedOn w:val="Phngmcinhcuaoanvn"/>
    <w:uiPriority w:val="33"/>
    <w:qFormat/>
    <w:rsid w:val="00FC693F"/>
    <w:rPr>
      <w:b/>
      <w:bCs/>
      <w:smallCaps/>
      <w:spacing w:val="5"/>
    </w:rPr>
  </w:style>
  <w:style w:type="paragraph" w:styleId="uMucluc">
    <w:name w:val="TOC Heading"/>
    <w:basedOn w:val="u1"/>
    <w:next w:val="Binhthng"/>
    <w:uiPriority w:val="39"/>
    <w:semiHidden/>
    <w:unhideWhenUsed/>
    <w:qFormat/>
    <w:rsid w:val="00FC693F"/>
    <w:pPr>
      <w:outlineLvl w:val="9"/>
    </w:pPr>
  </w:style>
  <w:style w:type="table" w:styleId="LiBang">
    <w:name w:val="Table Grid"/>
    <w:basedOn w:val="BangThngthng"/>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nnMausang">
    <w:name w:val="Light Shading"/>
    <w:basedOn w:val="BangThngthng"/>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nnMausang-Nhnmanh1">
    <w:name w:val="Light Shading Accent 1"/>
    <w:basedOn w:val="BangThngthng"/>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nnMausang-Nhnmanh2">
    <w:name w:val="Light Shading Accent 2"/>
    <w:basedOn w:val="BangThngthng"/>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nnMausang-Nhnmanh3">
    <w:name w:val="Light Shading Accent 3"/>
    <w:basedOn w:val="BangThngthng"/>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nnMausang-Nhnmanh4">
    <w:name w:val="Light Shading Accent 4"/>
    <w:basedOn w:val="BangThngthng"/>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nnMausang-Nhnmanh5">
    <w:name w:val="Light Shading Accent 5"/>
    <w:basedOn w:val="BangThngthng"/>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nnMausang-Nhnmanh6">
    <w:name w:val="Light Shading Accent 6"/>
    <w:basedOn w:val="BangThngthng"/>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DanhsachMausang">
    <w:name w:val="Light List"/>
    <w:basedOn w:val="BangThngthng"/>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DanhsachMausang-Nhnmanh1">
    <w:name w:val="Light List Accent 1"/>
    <w:basedOn w:val="BangThngthng"/>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DanhsachMausang-Nhnmanh2">
    <w:name w:val="Light List Accent 2"/>
    <w:basedOn w:val="BangThngthng"/>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DanhsachMausang-Nhnmanh3">
    <w:name w:val="Light List Accent 3"/>
    <w:basedOn w:val="BangThngthng"/>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DanhsachMausang-Nhnmanh4">
    <w:name w:val="Light List Accent 4"/>
    <w:basedOn w:val="BangThngthng"/>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DanhsachMausang-Nhnmanh5">
    <w:name w:val="Light List Accent 5"/>
    <w:basedOn w:val="BangThngthng"/>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DanhsachMausang-Nhnmanh6">
    <w:name w:val="Light List Accent 6"/>
    <w:basedOn w:val="BangThngthng"/>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Mausang">
    <w:name w:val="Light Grid"/>
    <w:basedOn w:val="BangThngthng"/>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Mausang-Nhnmanh1">
    <w:name w:val="Light Grid Accent 1"/>
    <w:basedOn w:val="BangThngthng"/>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Mausang-Nhnmanh2">
    <w:name w:val="Light Grid Accent 2"/>
    <w:basedOn w:val="BangThngthng"/>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Mausang-Nhnmanh3">
    <w:name w:val="Light Grid Accent 3"/>
    <w:basedOn w:val="BangThngthng"/>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Mausang-Nhnmanh4">
    <w:name w:val="Light Grid Accent 4"/>
    <w:basedOn w:val="BangThngthng"/>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Mausang-Nhnmanh5">
    <w:name w:val="Light Grid Accent 5"/>
    <w:basedOn w:val="BangThngthng"/>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Mausang-Nhnmanh6">
    <w:name w:val="Light Grid Accent 6"/>
    <w:basedOn w:val="BangThngthng"/>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TnnVa1">
    <w:name w:val="Medium Shading 1"/>
    <w:basedOn w:val="BangThngthng"/>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nnVa1-Nhnmanh1">
    <w:name w:val="Medium Shading 1 Accent 1"/>
    <w:basedOn w:val="BangThngthng"/>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nnVa1-Nhnmanh2">
    <w:name w:val="Medium Shading 1 Accent 2"/>
    <w:basedOn w:val="BangThngthng"/>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TnnVa1-Nhnmanh3">
    <w:name w:val="Medium Shading 1 Accent 3"/>
    <w:basedOn w:val="BangThngthng"/>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nnVa1-Nhnmanh4">
    <w:name w:val="Medium Shading 1 Accent 4"/>
    <w:basedOn w:val="BangThngthng"/>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TnnVa1-Nhnmanh5">
    <w:name w:val="Medium Shading 1 Accent 5"/>
    <w:basedOn w:val="BangThngthng"/>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nnVa1-Nhnmanh6">
    <w:name w:val="Medium Shading 1 Accent 6"/>
    <w:basedOn w:val="BangThngthng"/>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TnnVa2">
    <w:name w:val="Medium Shading 2"/>
    <w:basedOn w:val="BangThngthng"/>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nnVa2-Nhnmanh1">
    <w:name w:val="Medium Shading 2 Accent 1"/>
    <w:basedOn w:val="BangThngthng"/>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nnVa2-Nhnmanh2">
    <w:name w:val="Medium Shading 2 Accent 2"/>
    <w:basedOn w:val="BangThngthng"/>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nnVa2-Nhnmanh3">
    <w:name w:val="Medium Shading 2 Accent 3"/>
    <w:basedOn w:val="BangThngthng"/>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nnVa2-Nhnmanh4">
    <w:name w:val="Medium Shading 2 Accent 4"/>
    <w:basedOn w:val="BangThngthng"/>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nnVa2-Nhnmanh5">
    <w:name w:val="Medium Shading 2 Accent 5"/>
    <w:basedOn w:val="BangThngthng"/>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nnVa2-Nhnmanh6">
    <w:name w:val="Medium Shading 2 Accent 6"/>
    <w:basedOn w:val="BangThngthng"/>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DanhsachVa1">
    <w:name w:val="Medium List 1"/>
    <w:basedOn w:val="BangThngthng"/>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DanhsachVa1-Nhnmanh1">
    <w:name w:val="Medium List 1 Accent 1"/>
    <w:basedOn w:val="BangThngthng"/>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DanhsachVa1-Nhnmanh2">
    <w:name w:val="Medium List 1 Accent 2"/>
    <w:basedOn w:val="BangThngthng"/>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DanhsachVa1-Nhnmanh3">
    <w:name w:val="Medium List 1 Accent 3"/>
    <w:basedOn w:val="BangThngthng"/>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DanhsachVa1-Nhnmanh4">
    <w:name w:val="Medium List 1 Accent 4"/>
    <w:basedOn w:val="BangThngthng"/>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DanhsachVa1-Nhnmanh5">
    <w:name w:val="Medium List 1 Accent 5"/>
    <w:basedOn w:val="BangThngthng"/>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DanhsachVa1-Nhnmanh6">
    <w:name w:val="Medium List 1 Accent 6"/>
    <w:basedOn w:val="BangThngthng"/>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DanhsachVa2">
    <w:name w:val="Medium List 2"/>
    <w:basedOn w:val="BangThngthng"/>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DanhsachVa2-Nhnmanh1">
    <w:name w:val="Medium List 2 Accent 1"/>
    <w:basedOn w:val="BangThngthng"/>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DanhsachVa2-Nhnmanh2">
    <w:name w:val="Medium List 2 Accent 2"/>
    <w:basedOn w:val="BangThngthng"/>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DanhsachVa2-Nhnmanh3">
    <w:name w:val="Medium List 2 Accent 3"/>
    <w:basedOn w:val="BangThngthng"/>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DanhsachVa2-Nhnmanh4">
    <w:name w:val="Medium List 2 Accent 4"/>
    <w:basedOn w:val="BangThngthng"/>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DanhsachVa2-Nhnmanh5">
    <w:name w:val="Medium List 2 Accent 5"/>
    <w:basedOn w:val="BangThngthng"/>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DanhsachVa2-Nhnmanh6">
    <w:name w:val="Medium List 2 Accent 6"/>
    <w:basedOn w:val="BangThngthng"/>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LiVa1">
    <w:name w:val="Medium Grid 1"/>
    <w:basedOn w:val="BangThngthng"/>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Va1-Nhnmanh1">
    <w:name w:val="Medium Grid 1 Accent 1"/>
    <w:basedOn w:val="BangThngthng"/>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Va1-Nhnmanh2">
    <w:name w:val="Medium Grid 1 Accent 2"/>
    <w:basedOn w:val="BangThngthng"/>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LiVa1-Nhnmanh3">
    <w:name w:val="Medium Grid 1 Accent 3"/>
    <w:basedOn w:val="BangThngthng"/>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LiVa1-Nhnmanh4">
    <w:name w:val="Medium Grid 1 Accent 4"/>
    <w:basedOn w:val="BangThngthng"/>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Va1-Nhnmanh5">
    <w:name w:val="Medium Grid 1 Accent 5"/>
    <w:basedOn w:val="BangThngthng"/>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LiVa1-Nhnmanh6">
    <w:name w:val="Medium Grid 1 Accent 6"/>
    <w:basedOn w:val="BangThngthng"/>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LiVa2">
    <w:name w:val="Medium Grid 2"/>
    <w:basedOn w:val="BangThngthng"/>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LiVa2-Nhnmanh1">
    <w:name w:val="Medium Grid 2 Accent 1"/>
    <w:basedOn w:val="BangThngthng"/>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LiVa2-Nhnmanh2">
    <w:name w:val="Medium Grid 2 Accent 2"/>
    <w:basedOn w:val="BangThngthng"/>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LiVa2-Nhnmanh3">
    <w:name w:val="Medium Grid 2 Accent 3"/>
    <w:basedOn w:val="BangThngthng"/>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LiVa2-Nhnmanh4">
    <w:name w:val="Medium Grid 2 Accent 4"/>
    <w:basedOn w:val="BangThngthng"/>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LiVa2-Nhnmanh5">
    <w:name w:val="Medium Grid 2 Accent 5"/>
    <w:basedOn w:val="BangThngthng"/>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LiVa2-Nhnmanh6">
    <w:name w:val="Medium Grid 2 Accent 6"/>
    <w:basedOn w:val="BangThngthng"/>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LiVa3">
    <w:name w:val="Medium Grid 3"/>
    <w:basedOn w:val="BangThngthng"/>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LiVa3-Nhnmanh1">
    <w:name w:val="Medium Grid 3 Accent 1"/>
    <w:basedOn w:val="BangThngthng"/>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LiVa3-Nhnmanh2">
    <w:name w:val="Medium Grid 3 Accent 2"/>
    <w:basedOn w:val="BangThngthng"/>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LiVa3-Nhnmanh3">
    <w:name w:val="Medium Grid 3 Accent 3"/>
    <w:basedOn w:val="BangThngthng"/>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LiVa3-Nhnmanh4">
    <w:name w:val="Medium Grid 3 Accent 4"/>
    <w:basedOn w:val="BangThngthng"/>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LiVa3-Nhnmanh5">
    <w:name w:val="Medium Grid 3 Accent 5"/>
    <w:basedOn w:val="BangThngthng"/>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LiVa3-Nhnmanh6">
    <w:name w:val="Medium Grid 3 Accent 6"/>
    <w:basedOn w:val="BangThngthng"/>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nhsachSm">
    <w:name w:val="Dark List"/>
    <w:basedOn w:val="BangThngthng"/>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nhsachSm-Nhnmanh1">
    <w:name w:val="Dark List Accent 1"/>
    <w:basedOn w:val="BangThngthng"/>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nhsachSm-Nhnmanh2">
    <w:name w:val="Dark List Accent 2"/>
    <w:basedOn w:val="BangThngthng"/>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nhsachSm-Nhnmanh3">
    <w:name w:val="Dark List Accent 3"/>
    <w:basedOn w:val="BangThngthng"/>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nhsachSm-Nhnmanh4">
    <w:name w:val="Dark List Accent 4"/>
    <w:basedOn w:val="BangThngthng"/>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nhsachSm-Nhnmanh5">
    <w:name w:val="Dark List Accent 5"/>
    <w:basedOn w:val="BangThngthng"/>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nhsachSm-Nhnmanh6">
    <w:name w:val="Dark List Accent 6"/>
    <w:basedOn w:val="BangThngthng"/>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TnnScs">
    <w:name w:val="Colorful Shading"/>
    <w:basedOn w:val="BangThngthng"/>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nnScs-Nhnmanh1">
    <w:name w:val="Colorful Shading Accent 1"/>
    <w:basedOn w:val="BangThngthng"/>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TnnScs-Nhnmanh2">
    <w:name w:val="Colorful Shading Accent 2"/>
    <w:basedOn w:val="BangThngthng"/>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TnnScs-Nhnmanh3">
    <w:name w:val="Colorful Shading Accent 3"/>
    <w:basedOn w:val="BangThngthng"/>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TnnScs-Nhnmanh4">
    <w:name w:val="Colorful Shading Accent 4"/>
    <w:basedOn w:val="BangThngthng"/>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TnnScs-Nhnmanh5">
    <w:name w:val="Colorful Shading Accent 5"/>
    <w:basedOn w:val="BangThngthng"/>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nnScs-Nhnmanh6">
    <w:name w:val="Colorful Shading Accent 6"/>
    <w:basedOn w:val="BangThngthng"/>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nhsachScs">
    <w:name w:val="Colorful List"/>
    <w:basedOn w:val="BangThngthng"/>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DanhsachScs-Nhnmanh1">
    <w:name w:val="Colorful List Accent 1"/>
    <w:basedOn w:val="BangThngthng"/>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DanhsachScs-Nhnmanh2">
    <w:name w:val="Colorful List Accent 2"/>
    <w:basedOn w:val="BangThngthng"/>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DanhsachScs-Nhnmanh3">
    <w:name w:val="Colorful List Accent 3"/>
    <w:basedOn w:val="BangThngthng"/>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DanhsachScs-Nhnmanh4">
    <w:name w:val="Colorful List Accent 4"/>
    <w:basedOn w:val="BangThngthng"/>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DanhsachScs-Nhnmanh5">
    <w:name w:val="Colorful List Accent 5"/>
    <w:basedOn w:val="BangThngthng"/>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DanhsachScs-Nhnmanh6">
    <w:name w:val="Colorful List Accent 6"/>
    <w:basedOn w:val="BangThngthng"/>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LiScs">
    <w:name w:val="Colorful Grid"/>
    <w:basedOn w:val="BangThngthng"/>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Scs-Nhnmanh1">
    <w:name w:val="Colorful Grid Accent 1"/>
    <w:basedOn w:val="BangThngthng"/>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Scs-Nhnmanh2">
    <w:name w:val="Colorful Grid Accent 2"/>
    <w:basedOn w:val="BangThngthng"/>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LiScs-Nhnmanh3">
    <w:name w:val="Colorful Grid Accent 3"/>
    <w:basedOn w:val="BangThngthng"/>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LiScs-Nhnmanh4">
    <w:name w:val="Colorful Grid Accent 4"/>
    <w:basedOn w:val="BangThngthng"/>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Scs-Nhnmanh5">
    <w:name w:val="Colorful Grid Accent 5"/>
    <w:basedOn w:val="BangThngthng"/>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LiScs-Nhnmanh6">
    <w:name w:val="Colorful Grid Accent 6"/>
    <w:basedOn w:val="BangThngthng"/>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4.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337</Words>
  <Characters>1926</Characters>
  <Application>Microsoft Office Word</Application>
  <DocSecurity>0</DocSecurity>
  <Lines>16</Lines>
  <Paragraphs>4</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2259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huyền lại</cp:lastModifiedBy>
  <cp:revision>3</cp:revision>
  <dcterms:created xsi:type="dcterms:W3CDTF">2026-03-25T14:38:00Z</dcterms:created>
  <dcterms:modified xsi:type="dcterms:W3CDTF">2026-03-25T14:44:00Z</dcterms:modified>
  <cp:category/>
</cp:coreProperties>
</file>